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A191B" w:rsidRDefault="00F55D2B">
      <w:pPr>
        <w:spacing w:after="100"/>
        <w:jc w:val="center"/>
        <w:rPr>
          <w:lang w:eastAsia="zh-CN"/>
        </w:rPr>
      </w:pPr>
      <w:r>
        <w:rPr>
          <w:b/>
          <w:color w:val="203864"/>
          <w:sz w:val="36"/>
          <w:lang w:eastAsia="zh-CN"/>
        </w:rPr>
        <w:t>《夜幕之下》同人周边申报表（个人版）</w:t>
      </w:r>
    </w:p>
    <w:p w:rsidR="003A191B" w:rsidRDefault="00F55D2B">
      <w:pPr>
        <w:jc w:val="center"/>
        <w:rPr>
          <w:lang w:eastAsia="zh-CN"/>
        </w:rPr>
      </w:pPr>
      <w:r>
        <w:rPr>
          <w:color w:val="666666"/>
          <w:sz w:val="19"/>
          <w:lang w:eastAsia="zh-CN"/>
        </w:rPr>
        <w:t>适用于以个人名义开展营利性同人周边制作或销售的申报</w:t>
      </w: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10426"/>
      </w:tblGrid>
      <w:tr w:rsidR="003A191B">
        <w:trPr>
          <w:jc w:val="center"/>
        </w:trPr>
        <w:tc>
          <w:tcPr>
            <w:tcW w:w="10426" w:type="dxa"/>
            <w:shd w:val="clear" w:color="auto" w:fill="D9EAF7"/>
            <w:tcMar>
              <w:top w:w="120" w:type="dxa"/>
              <w:left w:w="150" w:type="dxa"/>
              <w:bottom w:w="120" w:type="dxa"/>
              <w:right w:w="150" w:type="dxa"/>
            </w:tcMar>
          </w:tcPr>
          <w:p w:rsidR="003A191B" w:rsidRPr="00936654" w:rsidRDefault="00F55D2B" w:rsidP="00936654">
            <w:pPr>
              <w:jc w:val="both"/>
              <w:rPr>
                <w:sz w:val="19"/>
                <w:lang w:eastAsia="zh-CN"/>
              </w:rPr>
            </w:pPr>
            <w:r>
              <w:rPr>
                <w:b/>
                <w:color w:val="203864"/>
                <w:sz w:val="19"/>
                <w:lang w:eastAsia="zh-CN"/>
              </w:rPr>
              <w:t>填写提示</w:t>
            </w:r>
            <w:r w:rsidR="00936654">
              <w:rPr>
                <w:lang w:eastAsia="zh-CN"/>
              </w:rPr>
              <w:t>：</w:t>
            </w:r>
            <w:r>
              <w:rPr>
                <w:sz w:val="19"/>
                <w:lang w:eastAsia="zh-CN"/>
              </w:rPr>
              <w:t>个人单品累计超过300件，或全品类预计年累计总盈利超过1万元人民币时须申报。加印、再版、工艺变更或动态超额时，应在继续制作或销售前补充申报。</w:t>
            </w:r>
            <w:r w:rsidR="00936654" w:rsidRPr="00936654">
              <w:rPr>
                <w:rFonts w:hint="eastAsia"/>
                <w:sz w:val="19"/>
                <w:lang w:eastAsia="zh-CN"/>
              </w:rPr>
              <w:t>请在阅读并知悉《&lt;</w:t>
            </w:r>
            <w:r w:rsidR="00936654">
              <w:rPr>
                <w:rFonts w:hint="eastAsia"/>
                <w:sz w:val="19"/>
                <w:lang w:eastAsia="zh-CN"/>
              </w:rPr>
              <w:t>夜幕之下</w:t>
            </w:r>
            <w:r w:rsidR="00936654" w:rsidRPr="00936654">
              <w:rPr>
                <w:rFonts w:hint="eastAsia"/>
                <w:sz w:val="19"/>
                <w:lang w:eastAsia="zh-CN"/>
              </w:rPr>
              <w:t>&gt;</w:t>
            </w:r>
            <w:r w:rsidR="00936654">
              <w:rPr>
                <w:rFonts w:hint="eastAsia"/>
                <w:sz w:val="19"/>
                <w:lang w:eastAsia="zh-CN"/>
              </w:rPr>
              <w:t>同人周边运营指引1</w:t>
            </w:r>
            <w:r w:rsidR="00936654">
              <w:rPr>
                <w:sz w:val="19"/>
                <w:lang w:eastAsia="zh-CN"/>
              </w:rPr>
              <w:t>.0</w:t>
            </w:r>
            <w:r w:rsidR="00936654" w:rsidRPr="00936654">
              <w:rPr>
                <w:rFonts w:hint="eastAsia"/>
                <w:sz w:val="19"/>
                <w:lang w:eastAsia="zh-CN"/>
              </w:rPr>
              <w:t>》后填写并</w:t>
            </w:r>
            <w:proofErr w:type="gramStart"/>
            <w:r w:rsidR="00936654" w:rsidRPr="00936654">
              <w:rPr>
                <w:rFonts w:hint="eastAsia"/>
                <w:sz w:val="19"/>
                <w:lang w:eastAsia="zh-CN"/>
              </w:rPr>
              <w:t>发送此</w:t>
            </w:r>
            <w:proofErr w:type="gramEnd"/>
            <w:r w:rsidR="00936654" w:rsidRPr="00936654">
              <w:rPr>
                <w:rFonts w:hint="eastAsia"/>
                <w:sz w:val="19"/>
                <w:lang w:eastAsia="zh-CN"/>
              </w:rPr>
              <w:t>申报表，申报表发送后即视为您已同意全部规则条款。</w:t>
            </w:r>
          </w:p>
        </w:tc>
      </w:tr>
    </w:tbl>
    <w:p w:rsidR="003A191B" w:rsidRDefault="003A191B">
      <w:pPr>
        <w:spacing w:after="0"/>
        <w:rPr>
          <w:lang w:eastAsia="zh-CN"/>
        </w:rPr>
      </w:pPr>
    </w:p>
    <w:p w:rsidR="003A191B" w:rsidRDefault="00F55D2B">
      <w:pPr>
        <w:spacing w:before="140" w:after="80"/>
      </w:pPr>
      <w:proofErr w:type="spellStart"/>
      <w:r>
        <w:rPr>
          <w:b/>
          <w:color w:val="203864"/>
          <w:sz w:val="24"/>
        </w:rPr>
        <w:t>一、申报类型</w:t>
      </w:r>
      <w:proofErr w:type="spellEnd"/>
    </w:p>
    <w:tbl>
      <w:tblPr>
        <w:tblStyle w:val="af9"/>
        <w:tblW w:w="0" w:type="auto"/>
        <w:jc w:val="center"/>
        <w:tblLook w:val="04A0" w:firstRow="1" w:lastRow="0" w:firstColumn="1" w:lastColumn="0" w:noHBand="0" w:noVBand="1"/>
      </w:tblPr>
      <w:tblGrid>
        <w:gridCol w:w="1928"/>
        <w:gridCol w:w="7030"/>
      </w:tblGrid>
      <w:tr w:rsidR="003A191B">
        <w:trPr>
          <w:jc w:val="center"/>
        </w:trPr>
        <w:tc>
          <w:tcPr>
            <w:tcW w:w="1928" w:type="dxa"/>
            <w:shd w:val="clear" w:color="auto" w:fill="F2F2F2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:rsidR="003A191B" w:rsidRDefault="00F55D2B">
            <w:pPr>
              <w:spacing w:line="276" w:lineRule="auto"/>
            </w:pPr>
            <w:r>
              <w:rPr>
                <w:b/>
              </w:rPr>
              <w:t>申报性质</w:t>
            </w:r>
          </w:p>
        </w:tc>
        <w:tc>
          <w:tcPr>
            <w:tcW w:w="7030" w:type="dx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:rsidR="003A191B" w:rsidRDefault="00F55D2B">
            <w:pPr>
              <w:spacing w:line="276" w:lineRule="auto"/>
              <w:rPr>
                <w:lang w:eastAsia="zh-CN"/>
              </w:rPr>
            </w:pPr>
            <w:r>
              <w:rPr>
                <w:lang w:eastAsia="zh-CN"/>
              </w:rPr>
              <w:t>□ 首次申报  □ 加印/再版  □ 材质或工艺变更  □ 动态超额补充申报</w:t>
            </w:r>
          </w:p>
        </w:tc>
      </w:tr>
      <w:tr w:rsidR="003A191B">
        <w:trPr>
          <w:jc w:val="center"/>
        </w:trPr>
        <w:tc>
          <w:tcPr>
            <w:tcW w:w="1928" w:type="dxa"/>
            <w:shd w:val="clear" w:color="auto" w:fill="F2F2F2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:rsidR="003A191B" w:rsidRDefault="00F55D2B">
            <w:pPr>
              <w:spacing w:line="276" w:lineRule="auto"/>
            </w:pPr>
            <w:proofErr w:type="spellStart"/>
            <w:r>
              <w:rPr>
                <w:b/>
              </w:rPr>
              <w:t>触发条件</w:t>
            </w:r>
            <w:proofErr w:type="spellEnd"/>
          </w:p>
        </w:tc>
        <w:tc>
          <w:tcPr>
            <w:tcW w:w="7030" w:type="dx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:rsidR="003A191B" w:rsidRDefault="00F55D2B">
            <w:pPr>
              <w:spacing w:line="276" w:lineRule="auto"/>
              <w:rPr>
                <w:lang w:eastAsia="zh-CN"/>
              </w:rPr>
            </w:pPr>
            <w:r>
              <w:rPr>
                <w:lang w:eastAsia="zh-CN"/>
              </w:rPr>
              <w:t>□ 单品累计超过300件  □ 年累计预计盈利超过1万元  □ 其他：____________</w:t>
            </w:r>
          </w:p>
        </w:tc>
      </w:tr>
    </w:tbl>
    <w:p w:rsidR="003A191B" w:rsidRDefault="00F55D2B">
      <w:pPr>
        <w:spacing w:before="140" w:after="80"/>
      </w:pPr>
      <w:proofErr w:type="spellStart"/>
      <w:r>
        <w:rPr>
          <w:b/>
          <w:color w:val="203864"/>
          <w:sz w:val="24"/>
        </w:rPr>
        <w:t>二、申报人信息</w:t>
      </w:r>
      <w:proofErr w:type="spellEnd"/>
    </w:p>
    <w:tbl>
      <w:tblPr>
        <w:tblStyle w:val="af9"/>
        <w:tblW w:w="0" w:type="auto"/>
        <w:jc w:val="center"/>
        <w:tblLook w:val="04A0" w:firstRow="1" w:lastRow="0" w:firstColumn="1" w:lastColumn="0" w:noHBand="0" w:noVBand="1"/>
      </w:tblPr>
      <w:tblGrid>
        <w:gridCol w:w="1928"/>
        <w:gridCol w:w="7030"/>
      </w:tblGrid>
      <w:tr w:rsidR="003A191B">
        <w:trPr>
          <w:jc w:val="center"/>
        </w:trPr>
        <w:tc>
          <w:tcPr>
            <w:tcW w:w="1928" w:type="dxa"/>
            <w:shd w:val="clear" w:color="auto" w:fill="F2F2F2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:rsidR="003A191B" w:rsidRDefault="00F55D2B">
            <w:pPr>
              <w:spacing w:line="276" w:lineRule="auto"/>
            </w:pPr>
            <w:r>
              <w:rPr>
                <w:b/>
              </w:rPr>
              <w:t>真实姓名</w:t>
            </w:r>
          </w:p>
        </w:tc>
        <w:tc>
          <w:tcPr>
            <w:tcW w:w="7030" w:type="dx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:rsidR="003A191B" w:rsidRDefault="003A191B">
            <w:pPr>
              <w:spacing w:line="276" w:lineRule="auto"/>
            </w:pPr>
          </w:p>
        </w:tc>
      </w:tr>
      <w:tr w:rsidR="003A191B">
        <w:trPr>
          <w:jc w:val="center"/>
        </w:trPr>
        <w:tc>
          <w:tcPr>
            <w:tcW w:w="1928" w:type="dxa"/>
            <w:shd w:val="clear" w:color="auto" w:fill="F2F2F2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:rsidR="003A191B" w:rsidRDefault="00F55D2B">
            <w:pPr>
              <w:spacing w:line="276" w:lineRule="auto"/>
            </w:pPr>
            <w:r>
              <w:rPr>
                <w:b/>
              </w:rPr>
              <w:t>主创常用昵称</w:t>
            </w:r>
          </w:p>
        </w:tc>
        <w:tc>
          <w:tcPr>
            <w:tcW w:w="7030" w:type="dx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:rsidR="003A191B" w:rsidRDefault="003A191B">
            <w:pPr>
              <w:spacing w:line="276" w:lineRule="auto"/>
            </w:pPr>
          </w:p>
        </w:tc>
      </w:tr>
      <w:tr w:rsidR="00936654">
        <w:trPr>
          <w:jc w:val="center"/>
        </w:trPr>
        <w:tc>
          <w:tcPr>
            <w:tcW w:w="1928" w:type="dxa"/>
            <w:shd w:val="clear" w:color="auto" w:fill="F2F2F2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:rsidR="00936654" w:rsidRDefault="00936654">
            <w:pPr>
              <w:rPr>
                <w:b/>
                <w:lang w:eastAsia="zh-CN"/>
              </w:rPr>
            </w:pPr>
            <w:proofErr w:type="spellStart"/>
            <w:r>
              <w:rPr>
                <w:b/>
              </w:rPr>
              <w:t>游戏</w:t>
            </w:r>
            <w:r>
              <w:rPr>
                <w:b/>
                <w:lang w:eastAsia="zh-CN"/>
              </w:rPr>
              <w:t>ID</w:t>
            </w:r>
            <w:proofErr w:type="spellEnd"/>
          </w:p>
        </w:tc>
        <w:tc>
          <w:tcPr>
            <w:tcW w:w="7030" w:type="dx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:rsidR="00936654" w:rsidRDefault="00936654"/>
        </w:tc>
      </w:tr>
      <w:tr w:rsidR="003A191B">
        <w:trPr>
          <w:jc w:val="center"/>
        </w:trPr>
        <w:tc>
          <w:tcPr>
            <w:tcW w:w="1928" w:type="dxa"/>
            <w:shd w:val="clear" w:color="auto" w:fill="F2F2F2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:rsidR="003A191B" w:rsidRDefault="00F55D2B">
            <w:pPr>
              <w:spacing w:line="276" w:lineRule="auto"/>
            </w:pPr>
            <w:proofErr w:type="spellStart"/>
            <w:r>
              <w:rPr>
                <w:b/>
              </w:rPr>
              <w:t>联系电话</w:t>
            </w:r>
            <w:proofErr w:type="spellEnd"/>
          </w:p>
        </w:tc>
        <w:tc>
          <w:tcPr>
            <w:tcW w:w="7030" w:type="dx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:rsidR="003A191B" w:rsidRDefault="003A191B">
            <w:pPr>
              <w:spacing w:line="276" w:lineRule="auto"/>
            </w:pPr>
          </w:p>
        </w:tc>
      </w:tr>
      <w:tr w:rsidR="003A191B">
        <w:trPr>
          <w:jc w:val="center"/>
        </w:trPr>
        <w:tc>
          <w:tcPr>
            <w:tcW w:w="1928" w:type="dxa"/>
            <w:shd w:val="clear" w:color="auto" w:fill="F2F2F2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:rsidR="003A191B" w:rsidRDefault="00F55D2B">
            <w:pPr>
              <w:spacing w:line="276" w:lineRule="auto"/>
            </w:pPr>
            <w:r>
              <w:rPr>
                <w:b/>
              </w:rPr>
              <w:t>联系邮箱</w:t>
            </w:r>
          </w:p>
        </w:tc>
        <w:tc>
          <w:tcPr>
            <w:tcW w:w="7030" w:type="dx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:rsidR="003A191B" w:rsidRDefault="003A191B">
            <w:pPr>
              <w:spacing w:line="276" w:lineRule="auto"/>
            </w:pPr>
          </w:p>
        </w:tc>
      </w:tr>
      <w:tr w:rsidR="003A191B">
        <w:trPr>
          <w:jc w:val="center"/>
        </w:trPr>
        <w:tc>
          <w:tcPr>
            <w:tcW w:w="1928" w:type="dxa"/>
            <w:shd w:val="clear" w:color="auto" w:fill="F2F2F2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:rsidR="003A191B" w:rsidRDefault="00F55D2B">
            <w:pPr>
              <w:spacing w:line="276" w:lineRule="auto"/>
            </w:pPr>
            <w:r>
              <w:rPr>
                <w:b/>
              </w:rPr>
              <w:t>常用平台及账号</w:t>
            </w:r>
          </w:p>
        </w:tc>
        <w:tc>
          <w:tcPr>
            <w:tcW w:w="7030" w:type="dx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:rsidR="003A191B" w:rsidRDefault="00F55D2B">
            <w:pPr>
              <w:spacing w:line="276" w:lineRule="auto"/>
              <w:rPr>
                <w:lang w:eastAsia="zh-CN"/>
              </w:rPr>
            </w:pPr>
            <w:r>
              <w:rPr>
                <w:lang w:eastAsia="zh-CN"/>
              </w:rPr>
              <w:t>平台：________________  账号/主页链接：____________________________</w:t>
            </w:r>
          </w:p>
        </w:tc>
      </w:tr>
    </w:tbl>
    <w:p w:rsidR="003A191B" w:rsidRDefault="00F55D2B">
      <w:pPr>
        <w:spacing w:before="140" w:after="80"/>
      </w:pPr>
      <w:proofErr w:type="spellStart"/>
      <w:r>
        <w:rPr>
          <w:b/>
          <w:color w:val="203864"/>
          <w:sz w:val="24"/>
        </w:rPr>
        <w:t>三、创作与权利信息</w:t>
      </w:r>
      <w:proofErr w:type="spellEnd"/>
    </w:p>
    <w:tbl>
      <w:tblPr>
        <w:tblStyle w:val="af9"/>
        <w:tblW w:w="0" w:type="auto"/>
        <w:jc w:val="center"/>
        <w:tblLook w:val="04A0" w:firstRow="1" w:lastRow="0" w:firstColumn="1" w:lastColumn="0" w:noHBand="0" w:noVBand="1"/>
      </w:tblPr>
      <w:tblGrid>
        <w:gridCol w:w="1928"/>
        <w:gridCol w:w="7030"/>
      </w:tblGrid>
      <w:tr w:rsidR="003A191B">
        <w:trPr>
          <w:jc w:val="center"/>
        </w:trPr>
        <w:tc>
          <w:tcPr>
            <w:tcW w:w="1928" w:type="dxa"/>
            <w:shd w:val="clear" w:color="auto" w:fill="F2F2F2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:rsidR="003A191B" w:rsidRDefault="00F55D2B">
            <w:pPr>
              <w:spacing w:line="276" w:lineRule="auto"/>
            </w:pPr>
            <w:r>
              <w:rPr>
                <w:b/>
              </w:rPr>
              <w:t>作品/系列名称</w:t>
            </w:r>
          </w:p>
        </w:tc>
        <w:tc>
          <w:tcPr>
            <w:tcW w:w="7030" w:type="dx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:rsidR="003A191B" w:rsidRDefault="003A191B">
            <w:pPr>
              <w:spacing w:line="276" w:lineRule="auto"/>
            </w:pPr>
          </w:p>
        </w:tc>
      </w:tr>
      <w:tr w:rsidR="003A191B">
        <w:trPr>
          <w:jc w:val="center"/>
        </w:trPr>
        <w:tc>
          <w:tcPr>
            <w:tcW w:w="1928" w:type="dxa"/>
            <w:shd w:val="clear" w:color="auto" w:fill="F2F2F2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:rsidR="003A191B" w:rsidRDefault="00F55D2B">
            <w:pPr>
              <w:spacing w:line="276" w:lineRule="auto"/>
            </w:pPr>
            <w:r>
              <w:rPr>
                <w:b/>
              </w:rPr>
              <w:t>主创及参与人员</w:t>
            </w:r>
          </w:p>
        </w:tc>
        <w:tc>
          <w:tcPr>
            <w:tcW w:w="7030" w:type="dx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:rsidR="00232F8D" w:rsidRDefault="00232F8D">
            <w:pPr>
              <w:spacing w:line="276" w:lineRule="auto"/>
              <w:rPr>
                <w:lang w:eastAsia="zh-CN"/>
              </w:rPr>
            </w:pPr>
            <w:r>
              <w:rPr>
                <w:lang w:eastAsia="zh-CN"/>
              </w:rPr>
              <w:t>姓名</w:t>
            </w:r>
            <w:r>
              <w:rPr>
                <w:rFonts w:hint="eastAsia"/>
                <w:lang w:eastAsia="zh-CN"/>
              </w:rPr>
              <w:t>/</w:t>
            </w:r>
            <w:r>
              <w:rPr>
                <w:lang w:eastAsia="zh-CN"/>
              </w:rPr>
              <w:t>常用昵称</w:t>
            </w:r>
            <w:r>
              <w:rPr>
                <w:rFonts w:hint="eastAsia"/>
                <w:lang w:eastAsia="zh-CN"/>
              </w:rPr>
              <w:t>：</w:t>
            </w:r>
            <w:r>
              <w:rPr>
                <w:lang w:eastAsia="zh-CN"/>
              </w:rPr>
              <w:t>________________</w:t>
            </w:r>
          </w:p>
          <w:p w:rsidR="003A191B" w:rsidRDefault="00F55D2B">
            <w:pPr>
              <w:spacing w:line="276" w:lineRule="auto"/>
              <w:rPr>
                <w:lang w:eastAsia="zh-CN"/>
              </w:rPr>
            </w:pPr>
            <w:r>
              <w:rPr>
                <w:lang w:eastAsia="zh-CN"/>
              </w:rPr>
              <w:t>联系方式</w:t>
            </w:r>
            <w:r w:rsidR="00232F8D">
              <w:rPr>
                <w:lang w:eastAsia="zh-CN"/>
              </w:rPr>
              <w:t>：________________</w:t>
            </w:r>
          </w:p>
        </w:tc>
      </w:tr>
      <w:tr w:rsidR="003A191B">
        <w:trPr>
          <w:jc w:val="center"/>
        </w:trPr>
        <w:tc>
          <w:tcPr>
            <w:tcW w:w="1928" w:type="dxa"/>
            <w:shd w:val="clear" w:color="auto" w:fill="F2F2F2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:rsidR="003A191B" w:rsidRDefault="00F55D2B">
            <w:pPr>
              <w:spacing w:line="276" w:lineRule="auto"/>
            </w:pPr>
            <w:proofErr w:type="spellStart"/>
            <w:r>
              <w:rPr>
                <w:b/>
              </w:rPr>
              <w:t>使用角色</w:t>
            </w:r>
            <w:proofErr w:type="spellEnd"/>
            <w:r>
              <w:rPr>
                <w:b/>
              </w:rPr>
              <w:t>/</w:t>
            </w:r>
            <w:proofErr w:type="spellStart"/>
            <w:r>
              <w:rPr>
                <w:b/>
              </w:rPr>
              <w:t>IP元素</w:t>
            </w:r>
            <w:proofErr w:type="spellEnd"/>
          </w:p>
        </w:tc>
        <w:tc>
          <w:tcPr>
            <w:tcW w:w="7030" w:type="dx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:rsidR="003A191B" w:rsidRDefault="003A191B">
            <w:pPr>
              <w:spacing w:line="276" w:lineRule="auto"/>
            </w:pPr>
          </w:p>
        </w:tc>
      </w:tr>
      <w:tr w:rsidR="003A191B">
        <w:trPr>
          <w:jc w:val="center"/>
        </w:trPr>
        <w:tc>
          <w:tcPr>
            <w:tcW w:w="1928" w:type="dxa"/>
            <w:shd w:val="clear" w:color="auto" w:fill="F2F2F2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:rsidR="003A191B" w:rsidRDefault="00F55D2B">
            <w:pPr>
              <w:spacing w:line="276" w:lineRule="auto"/>
            </w:pPr>
            <w:r>
              <w:rPr>
                <w:b/>
              </w:rPr>
              <w:t>创作说明</w:t>
            </w:r>
          </w:p>
        </w:tc>
        <w:tc>
          <w:tcPr>
            <w:tcW w:w="7030" w:type="dx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:rsidR="003A191B" w:rsidRDefault="00F55D2B">
            <w:pPr>
              <w:spacing w:line="276" w:lineRule="auto"/>
              <w:rPr>
                <w:lang w:eastAsia="zh-CN"/>
              </w:rPr>
            </w:pPr>
            <w:r>
              <w:rPr>
                <w:lang w:eastAsia="zh-CN"/>
              </w:rPr>
              <w:t>请说明创作构思、原创部分及与官方素材的区别</w:t>
            </w:r>
          </w:p>
        </w:tc>
      </w:tr>
      <w:tr w:rsidR="003A191B">
        <w:trPr>
          <w:jc w:val="center"/>
        </w:trPr>
        <w:tc>
          <w:tcPr>
            <w:tcW w:w="1928" w:type="dxa"/>
            <w:shd w:val="clear" w:color="auto" w:fill="F2F2F2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:rsidR="003A191B" w:rsidRDefault="00F55D2B">
            <w:pPr>
              <w:spacing w:line="276" w:lineRule="auto"/>
            </w:pPr>
            <w:proofErr w:type="spellStart"/>
            <w:r>
              <w:rPr>
                <w:b/>
              </w:rPr>
              <w:lastRenderedPageBreak/>
              <w:t>第三方素材情况</w:t>
            </w:r>
            <w:proofErr w:type="spellEnd"/>
          </w:p>
        </w:tc>
        <w:tc>
          <w:tcPr>
            <w:tcW w:w="7030" w:type="dx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:rsidR="003A191B" w:rsidRDefault="00F55D2B">
            <w:pPr>
              <w:spacing w:line="276" w:lineRule="auto"/>
              <w:rPr>
                <w:lang w:eastAsia="zh-CN"/>
              </w:rPr>
            </w:pPr>
            <w:r>
              <w:rPr>
                <w:lang w:eastAsia="zh-CN"/>
              </w:rPr>
              <w:t>□ 未使用  □ 已取得合法授权（请附授权证明）</w:t>
            </w:r>
          </w:p>
        </w:tc>
      </w:tr>
      <w:tr w:rsidR="003A191B">
        <w:trPr>
          <w:jc w:val="center"/>
        </w:trPr>
        <w:tc>
          <w:tcPr>
            <w:tcW w:w="1928" w:type="dxa"/>
            <w:shd w:val="clear" w:color="auto" w:fill="F2F2F2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:rsidR="003A191B" w:rsidRDefault="00F55D2B">
            <w:pPr>
              <w:spacing w:line="276" w:lineRule="auto"/>
            </w:pPr>
            <w:proofErr w:type="spellStart"/>
            <w:r>
              <w:rPr>
                <w:b/>
              </w:rPr>
              <w:t>AI生成内容</w:t>
            </w:r>
            <w:proofErr w:type="spellEnd"/>
          </w:p>
        </w:tc>
        <w:tc>
          <w:tcPr>
            <w:tcW w:w="7030" w:type="dx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:rsidR="003A191B" w:rsidRDefault="00F55D2B">
            <w:pPr>
              <w:spacing w:line="276" w:lineRule="auto"/>
              <w:rPr>
                <w:lang w:eastAsia="zh-CN"/>
              </w:rPr>
            </w:pPr>
            <w:r>
              <w:rPr>
                <w:lang w:eastAsia="zh-CN"/>
              </w:rPr>
              <w:t>□ 未使用（本表申报项目不得使用AI生成图素）</w:t>
            </w:r>
          </w:p>
        </w:tc>
      </w:tr>
    </w:tbl>
    <w:p w:rsidR="003A191B" w:rsidRDefault="00F55D2B">
      <w:pPr>
        <w:spacing w:before="140" w:after="80"/>
      </w:pPr>
      <w:proofErr w:type="spellStart"/>
      <w:r>
        <w:rPr>
          <w:b/>
          <w:color w:val="203864"/>
          <w:sz w:val="24"/>
        </w:rPr>
        <w:t>四、周边项目明细</w:t>
      </w:r>
      <w:proofErr w:type="spellEnd"/>
    </w:p>
    <w:tbl>
      <w:tblPr>
        <w:tblStyle w:val="af9"/>
        <w:tblW w:w="0" w:type="auto"/>
        <w:jc w:val="center"/>
        <w:tblLook w:val="04A0" w:firstRow="1" w:lastRow="0" w:firstColumn="1" w:lastColumn="0" w:noHBand="0" w:noVBand="1"/>
      </w:tblPr>
      <w:tblGrid>
        <w:gridCol w:w="870"/>
        <w:gridCol w:w="1708"/>
        <w:gridCol w:w="1466"/>
        <w:gridCol w:w="1347"/>
        <w:gridCol w:w="2121"/>
        <w:gridCol w:w="1523"/>
        <w:gridCol w:w="1491"/>
      </w:tblGrid>
      <w:tr w:rsidR="00936654" w:rsidTr="00936654">
        <w:trPr>
          <w:tblHeader/>
          <w:jc w:val="center"/>
        </w:trPr>
        <w:tc>
          <w:tcPr>
            <w:tcW w:w="870" w:type="dxa"/>
            <w:shd w:val="clear" w:color="auto" w:fill="203864"/>
            <w:tcMar>
              <w:top w:w="70" w:type="dxa"/>
              <w:left w:w="50" w:type="dxa"/>
              <w:bottom w:w="70" w:type="dxa"/>
              <w:right w:w="50" w:type="dxa"/>
            </w:tcMar>
          </w:tcPr>
          <w:p w:rsidR="00936654" w:rsidRDefault="00936654">
            <w:pPr>
              <w:spacing w:line="276" w:lineRule="auto"/>
              <w:jc w:val="center"/>
            </w:pPr>
            <w:proofErr w:type="spellStart"/>
            <w:r>
              <w:rPr>
                <w:b/>
                <w:color w:val="FFFFFF"/>
                <w:sz w:val="16"/>
              </w:rPr>
              <w:t>序号</w:t>
            </w:r>
            <w:proofErr w:type="spellEnd"/>
          </w:p>
        </w:tc>
        <w:tc>
          <w:tcPr>
            <w:tcW w:w="1708" w:type="dxa"/>
            <w:shd w:val="clear" w:color="auto" w:fill="203864"/>
            <w:tcMar>
              <w:top w:w="70" w:type="dxa"/>
              <w:left w:w="50" w:type="dxa"/>
              <w:bottom w:w="70" w:type="dxa"/>
              <w:right w:w="50" w:type="dxa"/>
            </w:tcMar>
          </w:tcPr>
          <w:p w:rsidR="00936654" w:rsidRDefault="00936654">
            <w:pPr>
              <w:spacing w:line="276" w:lineRule="auto"/>
              <w:jc w:val="center"/>
            </w:pPr>
            <w:r>
              <w:rPr>
                <w:b/>
                <w:color w:val="FFFFFF"/>
                <w:sz w:val="16"/>
              </w:rPr>
              <w:t>周边名称/图案及角色</w:t>
            </w:r>
          </w:p>
        </w:tc>
        <w:tc>
          <w:tcPr>
            <w:tcW w:w="1466" w:type="dxa"/>
            <w:shd w:val="clear" w:color="auto" w:fill="203864"/>
            <w:tcMar>
              <w:top w:w="70" w:type="dxa"/>
              <w:left w:w="50" w:type="dxa"/>
              <w:bottom w:w="70" w:type="dxa"/>
              <w:right w:w="50" w:type="dxa"/>
            </w:tcMar>
          </w:tcPr>
          <w:p w:rsidR="00936654" w:rsidRDefault="00936654">
            <w:pPr>
              <w:spacing w:line="276" w:lineRule="auto"/>
              <w:jc w:val="center"/>
            </w:pPr>
            <w:r>
              <w:rPr>
                <w:b/>
                <w:color w:val="FFFFFF"/>
                <w:sz w:val="16"/>
              </w:rPr>
              <w:t>品类</w:t>
            </w:r>
          </w:p>
        </w:tc>
        <w:tc>
          <w:tcPr>
            <w:tcW w:w="1347" w:type="dxa"/>
            <w:shd w:val="clear" w:color="auto" w:fill="203864"/>
            <w:tcMar>
              <w:top w:w="70" w:type="dxa"/>
              <w:left w:w="50" w:type="dxa"/>
              <w:bottom w:w="70" w:type="dxa"/>
              <w:right w:w="50" w:type="dxa"/>
            </w:tcMar>
          </w:tcPr>
          <w:p w:rsidR="00936654" w:rsidRDefault="00936654">
            <w:pPr>
              <w:spacing w:line="276" w:lineRule="auto"/>
              <w:jc w:val="center"/>
            </w:pPr>
            <w:r>
              <w:rPr>
                <w:b/>
                <w:color w:val="FFFFFF"/>
                <w:sz w:val="16"/>
              </w:rPr>
              <w:t>材质/工艺/规格</w:t>
            </w:r>
          </w:p>
        </w:tc>
        <w:tc>
          <w:tcPr>
            <w:tcW w:w="2121" w:type="dxa"/>
            <w:shd w:val="clear" w:color="auto" w:fill="203864"/>
            <w:tcMar>
              <w:top w:w="70" w:type="dxa"/>
              <w:left w:w="50" w:type="dxa"/>
              <w:bottom w:w="70" w:type="dxa"/>
              <w:right w:w="50" w:type="dxa"/>
            </w:tcMar>
          </w:tcPr>
          <w:p w:rsidR="00936654" w:rsidRDefault="00936654">
            <w:pPr>
              <w:spacing w:line="276" w:lineRule="auto"/>
              <w:jc w:val="center"/>
              <w:rPr>
                <w:lang w:eastAsia="zh-CN"/>
              </w:rPr>
            </w:pPr>
            <w:r>
              <w:rPr>
                <w:b/>
                <w:color w:val="FFFFFF"/>
                <w:sz w:val="16"/>
                <w:lang w:eastAsia="zh-CN"/>
              </w:rPr>
              <w:t>数量（本次/历史/累计）</w:t>
            </w:r>
          </w:p>
        </w:tc>
        <w:tc>
          <w:tcPr>
            <w:tcW w:w="1523" w:type="dxa"/>
            <w:shd w:val="clear" w:color="auto" w:fill="203864"/>
            <w:tcMar>
              <w:top w:w="70" w:type="dxa"/>
              <w:left w:w="50" w:type="dxa"/>
              <w:bottom w:w="70" w:type="dxa"/>
              <w:right w:w="50" w:type="dxa"/>
            </w:tcMar>
          </w:tcPr>
          <w:p w:rsidR="00936654" w:rsidRDefault="00936654" w:rsidP="00936654">
            <w:pPr>
              <w:spacing w:line="276" w:lineRule="auto"/>
              <w:jc w:val="center"/>
              <w:rPr>
                <w:lang w:eastAsia="zh-CN"/>
              </w:rPr>
            </w:pPr>
            <w:r>
              <w:rPr>
                <w:b/>
                <w:color w:val="FFFFFF"/>
                <w:sz w:val="16"/>
                <w:lang w:eastAsia="zh-CN"/>
              </w:rPr>
              <w:t>售价</w:t>
            </w:r>
          </w:p>
        </w:tc>
        <w:tc>
          <w:tcPr>
            <w:tcW w:w="1491" w:type="dxa"/>
            <w:shd w:val="clear" w:color="auto" w:fill="203864"/>
          </w:tcPr>
          <w:p w:rsidR="00936654" w:rsidRDefault="00936654">
            <w:pPr>
              <w:jc w:val="center"/>
              <w:rPr>
                <w:b/>
                <w:color w:val="FFFFFF"/>
                <w:sz w:val="16"/>
                <w:lang w:eastAsia="zh-CN"/>
              </w:rPr>
            </w:pPr>
            <w:r>
              <w:rPr>
                <w:b/>
                <w:color w:val="FFFFFF"/>
                <w:sz w:val="16"/>
                <w:lang w:eastAsia="zh-CN"/>
              </w:rPr>
              <w:t>销售渠道</w:t>
            </w:r>
          </w:p>
        </w:tc>
      </w:tr>
      <w:tr w:rsidR="00936654" w:rsidTr="00936654">
        <w:trPr>
          <w:jc w:val="center"/>
        </w:trPr>
        <w:tc>
          <w:tcPr>
            <w:tcW w:w="870" w:type="dxa"/>
            <w:tcMar>
              <w:top w:w="80" w:type="dxa"/>
              <w:left w:w="45" w:type="dxa"/>
              <w:bottom w:w="80" w:type="dxa"/>
              <w:right w:w="45" w:type="dxa"/>
            </w:tcMar>
            <w:vAlign w:val="center"/>
          </w:tcPr>
          <w:p w:rsidR="00936654" w:rsidRDefault="00936654">
            <w:pPr>
              <w:spacing w:line="276" w:lineRule="auto"/>
              <w:jc w:val="center"/>
            </w:pPr>
            <w:r>
              <w:rPr>
                <w:sz w:val="16"/>
              </w:rPr>
              <w:t>1</w:t>
            </w:r>
          </w:p>
        </w:tc>
        <w:tc>
          <w:tcPr>
            <w:tcW w:w="1708" w:type="dxa"/>
            <w:tcMar>
              <w:top w:w="80" w:type="dxa"/>
              <w:left w:w="45" w:type="dxa"/>
              <w:bottom w:w="80" w:type="dxa"/>
              <w:right w:w="45" w:type="dxa"/>
            </w:tcMar>
            <w:vAlign w:val="center"/>
          </w:tcPr>
          <w:p w:rsidR="00936654" w:rsidRDefault="00936654">
            <w:pPr>
              <w:spacing w:line="276" w:lineRule="auto"/>
              <w:jc w:val="center"/>
            </w:pPr>
          </w:p>
        </w:tc>
        <w:tc>
          <w:tcPr>
            <w:tcW w:w="1466" w:type="dxa"/>
            <w:tcMar>
              <w:top w:w="80" w:type="dxa"/>
              <w:left w:w="45" w:type="dxa"/>
              <w:bottom w:w="80" w:type="dxa"/>
              <w:right w:w="45" w:type="dxa"/>
            </w:tcMar>
            <w:vAlign w:val="center"/>
          </w:tcPr>
          <w:p w:rsidR="00936654" w:rsidRDefault="00936654">
            <w:pPr>
              <w:spacing w:line="276" w:lineRule="auto"/>
              <w:jc w:val="center"/>
            </w:pPr>
          </w:p>
        </w:tc>
        <w:tc>
          <w:tcPr>
            <w:tcW w:w="1347" w:type="dxa"/>
            <w:tcMar>
              <w:top w:w="80" w:type="dxa"/>
              <w:left w:w="45" w:type="dxa"/>
              <w:bottom w:w="80" w:type="dxa"/>
              <w:right w:w="45" w:type="dxa"/>
            </w:tcMar>
            <w:vAlign w:val="center"/>
          </w:tcPr>
          <w:p w:rsidR="00936654" w:rsidRDefault="00936654">
            <w:pPr>
              <w:spacing w:line="276" w:lineRule="auto"/>
              <w:jc w:val="center"/>
            </w:pPr>
          </w:p>
        </w:tc>
        <w:tc>
          <w:tcPr>
            <w:tcW w:w="2121" w:type="dxa"/>
            <w:tcMar>
              <w:top w:w="80" w:type="dxa"/>
              <w:left w:w="45" w:type="dxa"/>
              <w:bottom w:w="80" w:type="dxa"/>
              <w:right w:w="45" w:type="dxa"/>
            </w:tcMar>
            <w:vAlign w:val="center"/>
          </w:tcPr>
          <w:p w:rsidR="00936654" w:rsidRDefault="00936654">
            <w:pPr>
              <w:spacing w:line="276" w:lineRule="auto"/>
              <w:jc w:val="center"/>
            </w:pPr>
          </w:p>
        </w:tc>
        <w:tc>
          <w:tcPr>
            <w:tcW w:w="1523" w:type="dxa"/>
            <w:tcMar>
              <w:top w:w="80" w:type="dxa"/>
              <w:left w:w="45" w:type="dxa"/>
              <w:bottom w:w="80" w:type="dxa"/>
              <w:right w:w="45" w:type="dxa"/>
            </w:tcMar>
            <w:vAlign w:val="center"/>
          </w:tcPr>
          <w:p w:rsidR="00936654" w:rsidRDefault="00936654">
            <w:pPr>
              <w:spacing w:line="276" w:lineRule="auto"/>
              <w:jc w:val="center"/>
            </w:pPr>
          </w:p>
        </w:tc>
        <w:tc>
          <w:tcPr>
            <w:tcW w:w="1491" w:type="dxa"/>
          </w:tcPr>
          <w:p w:rsidR="00936654" w:rsidRDefault="00936654">
            <w:pPr>
              <w:jc w:val="center"/>
            </w:pPr>
          </w:p>
        </w:tc>
      </w:tr>
      <w:tr w:rsidR="00936654" w:rsidTr="00936654">
        <w:trPr>
          <w:jc w:val="center"/>
        </w:trPr>
        <w:tc>
          <w:tcPr>
            <w:tcW w:w="870" w:type="dxa"/>
            <w:tcMar>
              <w:top w:w="80" w:type="dxa"/>
              <w:left w:w="45" w:type="dxa"/>
              <w:bottom w:w="80" w:type="dxa"/>
              <w:right w:w="45" w:type="dxa"/>
            </w:tcMar>
            <w:vAlign w:val="center"/>
          </w:tcPr>
          <w:p w:rsidR="00936654" w:rsidRDefault="00936654">
            <w:pPr>
              <w:spacing w:line="276" w:lineRule="auto"/>
              <w:jc w:val="center"/>
            </w:pPr>
            <w:r>
              <w:rPr>
                <w:sz w:val="16"/>
              </w:rPr>
              <w:t>2</w:t>
            </w:r>
          </w:p>
        </w:tc>
        <w:tc>
          <w:tcPr>
            <w:tcW w:w="1708" w:type="dxa"/>
            <w:tcMar>
              <w:top w:w="80" w:type="dxa"/>
              <w:left w:w="45" w:type="dxa"/>
              <w:bottom w:w="80" w:type="dxa"/>
              <w:right w:w="45" w:type="dxa"/>
            </w:tcMar>
            <w:vAlign w:val="center"/>
          </w:tcPr>
          <w:p w:rsidR="00936654" w:rsidRDefault="00936654">
            <w:pPr>
              <w:spacing w:line="276" w:lineRule="auto"/>
              <w:jc w:val="center"/>
            </w:pPr>
          </w:p>
        </w:tc>
        <w:tc>
          <w:tcPr>
            <w:tcW w:w="1466" w:type="dxa"/>
            <w:tcMar>
              <w:top w:w="80" w:type="dxa"/>
              <w:left w:w="45" w:type="dxa"/>
              <w:bottom w:w="80" w:type="dxa"/>
              <w:right w:w="45" w:type="dxa"/>
            </w:tcMar>
            <w:vAlign w:val="center"/>
          </w:tcPr>
          <w:p w:rsidR="00936654" w:rsidRDefault="00936654">
            <w:pPr>
              <w:spacing w:line="276" w:lineRule="auto"/>
              <w:jc w:val="center"/>
            </w:pPr>
          </w:p>
        </w:tc>
        <w:tc>
          <w:tcPr>
            <w:tcW w:w="1347" w:type="dxa"/>
            <w:tcMar>
              <w:top w:w="80" w:type="dxa"/>
              <w:left w:w="45" w:type="dxa"/>
              <w:bottom w:w="80" w:type="dxa"/>
              <w:right w:w="45" w:type="dxa"/>
            </w:tcMar>
            <w:vAlign w:val="center"/>
          </w:tcPr>
          <w:p w:rsidR="00936654" w:rsidRDefault="00936654">
            <w:pPr>
              <w:spacing w:line="276" w:lineRule="auto"/>
              <w:jc w:val="center"/>
            </w:pPr>
          </w:p>
        </w:tc>
        <w:tc>
          <w:tcPr>
            <w:tcW w:w="2121" w:type="dxa"/>
            <w:tcMar>
              <w:top w:w="80" w:type="dxa"/>
              <w:left w:w="45" w:type="dxa"/>
              <w:bottom w:w="80" w:type="dxa"/>
              <w:right w:w="45" w:type="dxa"/>
            </w:tcMar>
            <w:vAlign w:val="center"/>
          </w:tcPr>
          <w:p w:rsidR="00936654" w:rsidRDefault="00936654">
            <w:pPr>
              <w:spacing w:line="276" w:lineRule="auto"/>
              <w:jc w:val="center"/>
            </w:pPr>
          </w:p>
        </w:tc>
        <w:tc>
          <w:tcPr>
            <w:tcW w:w="1523" w:type="dxa"/>
            <w:tcMar>
              <w:top w:w="80" w:type="dxa"/>
              <w:left w:w="45" w:type="dxa"/>
              <w:bottom w:w="80" w:type="dxa"/>
              <w:right w:w="45" w:type="dxa"/>
            </w:tcMar>
            <w:vAlign w:val="center"/>
          </w:tcPr>
          <w:p w:rsidR="00936654" w:rsidRDefault="00936654">
            <w:pPr>
              <w:spacing w:line="276" w:lineRule="auto"/>
              <w:jc w:val="center"/>
            </w:pPr>
          </w:p>
        </w:tc>
        <w:tc>
          <w:tcPr>
            <w:tcW w:w="1491" w:type="dxa"/>
          </w:tcPr>
          <w:p w:rsidR="00936654" w:rsidRDefault="00936654">
            <w:pPr>
              <w:jc w:val="center"/>
            </w:pPr>
          </w:p>
        </w:tc>
      </w:tr>
      <w:tr w:rsidR="00936654" w:rsidTr="00936654">
        <w:trPr>
          <w:jc w:val="center"/>
        </w:trPr>
        <w:tc>
          <w:tcPr>
            <w:tcW w:w="870" w:type="dxa"/>
            <w:tcMar>
              <w:top w:w="80" w:type="dxa"/>
              <w:left w:w="45" w:type="dxa"/>
              <w:bottom w:w="80" w:type="dxa"/>
              <w:right w:w="45" w:type="dxa"/>
            </w:tcMar>
            <w:vAlign w:val="center"/>
          </w:tcPr>
          <w:p w:rsidR="00936654" w:rsidRDefault="00936654">
            <w:pPr>
              <w:spacing w:line="276" w:lineRule="auto"/>
              <w:jc w:val="center"/>
            </w:pPr>
            <w:r>
              <w:rPr>
                <w:sz w:val="16"/>
              </w:rPr>
              <w:t>3</w:t>
            </w:r>
          </w:p>
        </w:tc>
        <w:tc>
          <w:tcPr>
            <w:tcW w:w="1708" w:type="dxa"/>
            <w:tcMar>
              <w:top w:w="80" w:type="dxa"/>
              <w:left w:w="45" w:type="dxa"/>
              <w:bottom w:w="80" w:type="dxa"/>
              <w:right w:w="45" w:type="dxa"/>
            </w:tcMar>
            <w:vAlign w:val="center"/>
          </w:tcPr>
          <w:p w:rsidR="00936654" w:rsidRDefault="00936654">
            <w:pPr>
              <w:spacing w:line="276" w:lineRule="auto"/>
              <w:jc w:val="center"/>
            </w:pPr>
          </w:p>
        </w:tc>
        <w:tc>
          <w:tcPr>
            <w:tcW w:w="1466" w:type="dxa"/>
            <w:tcMar>
              <w:top w:w="80" w:type="dxa"/>
              <w:left w:w="45" w:type="dxa"/>
              <w:bottom w:w="80" w:type="dxa"/>
              <w:right w:w="45" w:type="dxa"/>
            </w:tcMar>
            <w:vAlign w:val="center"/>
          </w:tcPr>
          <w:p w:rsidR="00936654" w:rsidRDefault="00936654">
            <w:pPr>
              <w:spacing w:line="276" w:lineRule="auto"/>
              <w:jc w:val="center"/>
            </w:pPr>
          </w:p>
        </w:tc>
        <w:tc>
          <w:tcPr>
            <w:tcW w:w="1347" w:type="dxa"/>
            <w:tcMar>
              <w:top w:w="80" w:type="dxa"/>
              <w:left w:w="45" w:type="dxa"/>
              <w:bottom w:w="80" w:type="dxa"/>
              <w:right w:w="45" w:type="dxa"/>
            </w:tcMar>
            <w:vAlign w:val="center"/>
          </w:tcPr>
          <w:p w:rsidR="00936654" w:rsidRDefault="00936654">
            <w:pPr>
              <w:spacing w:line="276" w:lineRule="auto"/>
              <w:jc w:val="center"/>
            </w:pPr>
          </w:p>
        </w:tc>
        <w:tc>
          <w:tcPr>
            <w:tcW w:w="2121" w:type="dxa"/>
            <w:tcMar>
              <w:top w:w="80" w:type="dxa"/>
              <w:left w:w="45" w:type="dxa"/>
              <w:bottom w:w="80" w:type="dxa"/>
              <w:right w:w="45" w:type="dxa"/>
            </w:tcMar>
            <w:vAlign w:val="center"/>
          </w:tcPr>
          <w:p w:rsidR="00936654" w:rsidRDefault="00936654">
            <w:pPr>
              <w:spacing w:line="276" w:lineRule="auto"/>
              <w:jc w:val="center"/>
            </w:pPr>
          </w:p>
        </w:tc>
        <w:tc>
          <w:tcPr>
            <w:tcW w:w="1523" w:type="dxa"/>
            <w:tcMar>
              <w:top w:w="80" w:type="dxa"/>
              <w:left w:w="45" w:type="dxa"/>
              <w:bottom w:w="80" w:type="dxa"/>
              <w:right w:w="45" w:type="dxa"/>
            </w:tcMar>
            <w:vAlign w:val="center"/>
          </w:tcPr>
          <w:p w:rsidR="00936654" w:rsidRDefault="00936654">
            <w:pPr>
              <w:spacing w:line="276" w:lineRule="auto"/>
              <w:jc w:val="center"/>
            </w:pPr>
          </w:p>
        </w:tc>
        <w:tc>
          <w:tcPr>
            <w:tcW w:w="1491" w:type="dxa"/>
          </w:tcPr>
          <w:p w:rsidR="00936654" w:rsidRDefault="00936654">
            <w:pPr>
              <w:jc w:val="center"/>
            </w:pPr>
          </w:p>
        </w:tc>
      </w:tr>
      <w:tr w:rsidR="00936654" w:rsidTr="00936654">
        <w:trPr>
          <w:jc w:val="center"/>
        </w:trPr>
        <w:tc>
          <w:tcPr>
            <w:tcW w:w="870" w:type="dxa"/>
            <w:tcMar>
              <w:top w:w="80" w:type="dxa"/>
              <w:left w:w="45" w:type="dxa"/>
              <w:bottom w:w="80" w:type="dxa"/>
              <w:right w:w="45" w:type="dxa"/>
            </w:tcMar>
            <w:vAlign w:val="center"/>
          </w:tcPr>
          <w:p w:rsidR="00936654" w:rsidRDefault="00936654">
            <w:pPr>
              <w:spacing w:line="276" w:lineRule="auto"/>
              <w:jc w:val="center"/>
            </w:pPr>
            <w:r>
              <w:rPr>
                <w:sz w:val="16"/>
              </w:rPr>
              <w:t>4</w:t>
            </w:r>
          </w:p>
        </w:tc>
        <w:tc>
          <w:tcPr>
            <w:tcW w:w="1708" w:type="dxa"/>
            <w:tcMar>
              <w:top w:w="80" w:type="dxa"/>
              <w:left w:w="45" w:type="dxa"/>
              <w:bottom w:w="80" w:type="dxa"/>
              <w:right w:w="45" w:type="dxa"/>
            </w:tcMar>
            <w:vAlign w:val="center"/>
          </w:tcPr>
          <w:p w:rsidR="00936654" w:rsidRDefault="00936654">
            <w:pPr>
              <w:spacing w:line="276" w:lineRule="auto"/>
              <w:jc w:val="center"/>
            </w:pPr>
          </w:p>
        </w:tc>
        <w:tc>
          <w:tcPr>
            <w:tcW w:w="1466" w:type="dxa"/>
            <w:tcMar>
              <w:top w:w="80" w:type="dxa"/>
              <w:left w:w="45" w:type="dxa"/>
              <w:bottom w:w="80" w:type="dxa"/>
              <w:right w:w="45" w:type="dxa"/>
            </w:tcMar>
            <w:vAlign w:val="center"/>
          </w:tcPr>
          <w:p w:rsidR="00936654" w:rsidRDefault="00936654">
            <w:pPr>
              <w:spacing w:line="276" w:lineRule="auto"/>
              <w:jc w:val="center"/>
            </w:pPr>
          </w:p>
        </w:tc>
        <w:tc>
          <w:tcPr>
            <w:tcW w:w="1347" w:type="dxa"/>
            <w:tcMar>
              <w:top w:w="80" w:type="dxa"/>
              <w:left w:w="45" w:type="dxa"/>
              <w:bottom w:w="80" w:type="dxa"/>
              <w:right w:w="45" w:type="dxa"/>
            </w:tcMar>
            <w:vAlign w:val="center"/>
          </w:tcPr>
          <w:p w:rsidR="00936654" w:rsidRDefault="00936654">
            <w:pPr>
              <w:spacing w:line="276" w:lineRule="auto"/>
              <w:jc w:val="center"/>
            </w:pPr>
          </w:p>
        </w:tc>
        <w:tc>
          <w:tcPr>
            <w:tcW w:w="2121" w:type="dxa"/>
            <w:tcMar>
              <w:top w:w="80" w:type="dxa"/>
              <w:left w:w="45" w:type="dxa"/>
              <w:bottom w:w="80" w:type="dxa"/>
              <w:right w:w="45" w:type="dxa"/>
            </w:tcMar>
            <w:vAlign w:val="center"/>
          </w:tcPr>
          <w:p w:rsidR="00936654" w:rsidRDefault="00936654">
            <w:pPr>
              <w:spacing w:line="276" w:lineRule="auto"/>
              <w:jc w:val="center"/>
            </w:pPr>
          </w:p>
        </w:tc>
        <w:tc>
          <w:tcPr>
            <w:tcW w:w="1523" w:type="dxa"/>
            <w:tcMar>
              <w:top w:w="80" w:type="dxa"/>
              <w:left w:w="45" w:type="dxa"/>
              <w:bottom w:w="80" w:type="dxa"/>
              <w:right w:w="45" w:type="dxa"/>
            </w:tcMar>
            <w:vAlign w:val="center"/>
          </w:tcPr>
          <w:p w:rsidR="00936654" w:rsidRDefault="00936654">
            <w:pPr>
              <w:spacing w:line="276" w:lineRule="auto"/>
              <w:jc w:val="center"/>
            </w:pPr>
          </w:p>
        </w:tc>
        <w:tc>
          <w:tcPr>
            <w:tcW w:w="1491" w:type="dxa"/>
          </w:tcPr>
          <w:p w:rsidR="00936654" w:rsidRDefault="00936654">
            <w:pPr>
              <w:jc w:val="center"/>
            </w:pPr>
          </w:p>
        </w:tc>
      </w:tr>
      <w:tr w:rsidR="00936654" w:rsidTr="00936654">
        <w:trPr>
          <w:jc w:val="center"/>
        </w:trPr>
        <w:tc>
          <w:tcPr>
            <w:tcW w:w="870" w:type="dxa"/>
            <w:tcMar>
              <w:top w:w="80" w:type="dxa"/>
              <w:left w:w="45" w:type="dxa"/>
              <w:bottom w:w="80" w:type="dxa"/>
              <w:right w:w="45" w:type="dxa"/>
            </w:tcMar>
            <w:vAlign w:val="center"/>
          </w:tcPr>
          <w:p w:rsidR="00936654" w:rsidRDefault="00936654">
            <w:pPr>
              <w:spacing w:line="276" w:lineRule="auto"/>
              <w:jc w:val="center"/>
            </w:pPr>
            <w:r>
              <w:rPr>
                <w:sz w:val="16"/>
              </w:rPr>
              <w:t>5</w:t>
            </w:r>
          </w:p>
        </w:tc>
        <w:tc>
          <w:tcPr>
            <w:tcW w:w="1708" w:type="dxa"/>
            <w:tcMar>
              <w:top w:w="80" w:type="dxa"/>
              <w:left w:w="45" w:type="dxa"/>
              <w:bottom w:w="80" w:type="dxa"/>
              <w:right w:w="45" w:type="dxa"/>
            </w:tcMar>
            <w:vAlign w:val="center"/>
          </w:tcPr>
          <w:p w:rsidR="00936654" w:rsidRDefault="00936654">
            <w:pPr>
              <w:spacing w:line="276" w:lineRule="auto"/>
              <w:jc w:val="center"/>
            </w:pPr>
          </w:p>
        </w:tc>
        <w:tc>
          <w:tcPr>
            <w:tcW w:w="1466" w:type="dxa"/>
            <w:tcMar>
              <w:top w:w="80" w:type="dxa"/>
              <w:left w:w="45" w:type="dxa"/>
              <w:bottom w:w="80" w:type="dxa"/>
              <w:right w:w="45" w:type="dxa"/>
            </w:tcMar>
            <w:vAlign w:val="center"/>
          </w:tcPr>
          <w:p w:rsidR="00936654" w:rsidRDefault="00936654">
            <w:pPr>
              <w:spacing w:line="276" w:lineRule="auto"/>
              <w:jc w:val="center"/>
            </w:pPr>
          </w:p>
        </w:tc>
        <w:tc>
          <w:tcPr>
            <w:tcW w:w="1347" w:type="dxa"/>
            <w:tcMar>
              <w:top w:w="80" w:type="dxa"/>
              <w:left w:w="45" w:type="dxa"/>
              <w:bottom w:w="80" w:type="dxa"/>
              <w:right w:w="45" w:type="dxa"/>
            </w:tcMar>
            <w:vAlign w:val="center"/>
          </w:tcPr>
          <w:p w:rsidR="00936654" w:rsidRDefault="00936654">
            <w:pPr>
              <w:spacing w:line="276" w:lineRule="auto"/>
              <w:jc w:val="center"/>
            </w:pPr>
          </w:p>
        </w:tc>
        <w:tc>
          <w:tcPr>
            <w:tcW w:w="2121" w:type="dxa"/>
            <w:tcMar>
              <w:top w:w="80" w:type="dxa"/>
              <w:left w:w="45" w:type="dxa"/>
              <w:bottom w:w="80" w:type="dxa"/>
              <w:right w:w="45" w:type="dxa"/>
            </w:tcMar>
            <w:vAlign w:val="center"/>
          </w:tcPr>
          <w:p w:rsidR="00936654" w:rsidRDefault="00936654">
            <w:pPr>
              <w:spacing w:line="276" w:lineRule="auto"/>
              <w:jc w:val="center"/>
            </w:pPr>
          </w:p>
        </w:tc>
        <w:tc>
          <w:tcPr>
            <w:tcW w:w="1523" w:type="dxa"/>
            <w:tcMar>
              <w:top w:w="80" w:type="dxa"/>
              <w:left w:w="45" w:type="dxa"/>
              <w:bottom w:w="80" w:type="dxa"/>
              <w:right w:w="45" w:type="dxa"/>
            </w:tcMar>
            <w:vAlign w:val="center"/>
          </w:tcPr>
          <w:p w:rsidR="00936654" w:rsidRDefault="00936654">
            <w:pPr>
              <w:spacing w:line="276" w:lineRule="auto"/>
              <w:jc w:val="center"/>
            </w:pPr>
          </w:p>
        </w:tc>
        <w:tc>
          <w:tcPr>
            <w:tcW w:w="1491" w:type="dxa"/>
          </w:tcPr>
          <w:p w:rsidR="00936654" w:rsidRDefault="00936654">
            <w:pPr>
              <w:jc w:val="center"/>
            </w:pPr>
          </w:p>
        </w:tc>
      </w:tr>
      <w:tr w:rsidR="00936654" w:rsidTr="00936654">
        <w:trPr>
          <w:jc w:val="center"/>
        </w:trPr>
        <w:tc>
          <w:tcPr>
            <w:tcW w:w="870" w:type="dxa"/>
            <w:tcMar>
              <w:top w:w="80" w:type="dxa"/>
              <w:left w:w="45" w:type="dxa"/>
              <w:bottom w:w="80" w:type="dxa"/>
              <w:right w:w="45" w:type="dxa"/>
            </w:tcMar>
            <w:vAlign w:val="center"/>
          </w:tcPr>
          <w:p w:rsidR="00936654" w:rsidRDefault="00936654">
            <w:pPr>
              <w:spacing w:line="276" w:lineRule="auto"/>
              <w:jc w:val="center"/>
            </w:pPr>
            <w:r>
              <w:rPr>
                <w:sz w:val="16"/>
              </w:rPr>
              <w:t>6</w:t>
            </w:r>
          </w:p>
        </w:tc>
        <w:tc>
          <w:tcPr>
            <w:tcW w:w="1708" w:type="dxa"/>
            <w:tcMar>
              <w:top w:w="80" w:type="dxa"/>
              <w:left w:w="45" w:type="dxa"/>
              <w:bottom w:w="80" w:type="dxa"/>
              <w:right w:w="45" w:type="dxa"/>
            </w:tcMar>
            <w:vAlign w:val="center"/>
          </w:tcPr>
          <w:p w:rsidR="00936654" w:rsidRDefault="00936654">
            <w:pPr>
              <w:spacing w:line="276" w:lineRule="auto"/>
              <w:jc w:val="center"/>
            </w:pPr>
          </w:p>
        </w:tc>
        <w:tc>
          <w:tcPr>
            <w:tcW w:w="1466" w:type="dxa"/>
            <w:tcMar>
              <w:top w:w="80" w:type="dxa"/>
              <w:left w:w="45" w:type="dxa"/>
              <w:bottom w:w="80" w:type="dxa"/>
              <w:right w:w="45" w:type="dxa"/>
            </w:tcMar>
            <w:vAlign w:val="center"/>
          </w:tcPr>
          <w:p w:rsidR="00936654" w:rsidRDefault="00936654">
            <w:pPr>
              <w:spacing w:line="276" w:lineRule="auto"/>
              <w:jc w:val="center"/>
            </w:pPr>
          </w:p>
        </w:tc>
        <w:tc>
          <w:tcPr>
            <w:tcW w:w="1347" w:type="dxa"/>
            <w:tcMar>
              <w:top w:w="80" w:type="dxa"/>
              <w:left w:w="45" w:type="dxa"/>
              <w:bottom w:w="80" w:type="dxa"/>
              <w:right w:w="45" w:type="dxa"/>
            </w:tcMar>
            <w:vAlign w:val="center"/>
          </w:tcPr>
          <w:p w:rsidR="00936654" w:rsidRDefault="00936654">
            <w:pPr>
              <w:spacing w:line="276" w:lineRule="auto"/>
              <w:jc w:val="center"/>
            </w:pPr>
          </w:p>
        </w:tc>
        <w:tc>
          <w:tcPr>
            <w:tcW w:w="2121" w:type="dxa"/>
            <w:tcMar>
              <w:top w:w="80" w:type="dxa"/>
              <w:left w:w="45" w:type="dxa"/>
              <w:bottom w:w="80" w:type="dxa"/>
              <w:right w:w="45" w:type="dxa"/>
            </w:tcMar>
            <w:vAlign w:val="center"/>
          </w:tcPr>
          <w:p w:rsidR="00936654" w:rsidRDefault="00936654">
            <w:pPr>
              <w:spacing w:line="276" w:lineRule="auto"/>
              <w:jc w:val="center"/>
            </w:pPr>
          </w:p>
        </w:tc>
        <w:tc>
          <w:tcPr>
            <w:tcW w:w="1523" w:type="dxa"/>
            <w:tcMar>
              <w:top w:w="80" w:type="dxa"/>
              <w:left w:w="45" w:type="dxa"/>
              <w:bottom w:w="80" w:type="dxa"/>
              <w:right w:w="45" w:type="dxa"/>
            </w:tcMar>
            <w:vAlign w:val="center"/>
          </w:tcPr>
          <w:p w:rsidR="00936654" w:rsidRDefault="00936654">
            <w:pPr>
              <w:spacing w:line="276" w:lineRule="auto"/>
              <w:jc w:val="center"/>
            </w:pPr>
          </w:p>
        </w:tc>
        <w:tc>
          <w:tcPr>
            <w:tcW w:w="1491" w:type="dxa"/>
          </w:tcPr>
          <w:p w:rsidR="00936654" w:rsidRDefault="00936654">
            <w:pPr>
              <w:jc w:val="center"/>
            </w:pPr>
          </w:p>
        </w:tc>
      </w:tr>
    </w:tbl>
    <w:p w:rsidR="003A191B" w:rsidRDefault="00F55D2B">
      <w:pPr>
        <w:rPr>
          <w:lang w:eastAsia="zh-CN"/>
        </w:rPr>
      </w:pPr>
      <w:r>
        <w:rPr>
          <w:sz w:val="17"/>
          <w:lang w:eastAsia="zh-CN"/>
        </w:rPr>
        <w:t>注：同一设计变更材质或工艺时，请分行填写；加印、再版须填写历史数量。</w:t>
      </w:r>
    </w:p>
    <w:p w:rsidR="003A191B" w:rsidRDefault="00F55D2B">
      <w:pPr>
        <w:spacing w:before="140" w:after="80"/>
        <w:rPr>
          <w:lang w:eastAsia="zh-CN"/>
        </w:rPr>
      </w:pPr>
      <w:r>
        <w:rPr>
          <w:b/>
          <w:color w:val="203864"/>
          <w:sz w:val="24"/>
          <w:lang w:eastAsia="zh-CN"/>
        </w:rPr>
        <w:t>五、生产、销售与盈利信息</w:t>
      </w:r>
    </w:p>
    <w:tbl>
      <w:tblPr>
        <w:tblStyle w:val="af9"/>
        <w:tblW w:w="0" w:type="auto"/>
        <w:jc w:val="center"/>
        <w:tblLook w:val="04A0" w:firstRow="1" w:lastRow="0" w:firstColumn="1" w:lastColumn="0" w:noHBand="0" w:noVBand="1"/>
      </w:tblPr>
      <w:tblGrid>
        <w:gridCol w:w="1960"/>
        <w:gridCol w:w="6998"/>
      </w:tblGrid>
      <w:tr w:rsidR="003A191B" w:rsidTr="00936654">
        <w:trPr>
          <w:jc w:val="center"/>
        </w:trPr>
        <w:tc>
          <w:tcPr>
            <w:tcW w:w="1960" w:type="dxa"/>
            <w:shd w:val="clear" w:color="auto" w:fill="F2F2F2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:rsidR="003A191B" w:rsidRDefault="00F55D2B">
            <w:pPr>
              <w:spacing w:line="276" w:lineRule="auto"/>
            </w:pPr>
            <w:proofErr w:type="spellStart"/>
            <w:r>
              <w:rPr>
                <w:b/>
              </w:rPr>
              <w:t>生产</w:t>
            </w:r>
            <w:proofErr w:type="spellEnd"/>
            <w:r>
              <w:rPr>
                <w:b/>
              </w:rPr>
              <w:t>/</w:t>
            </w:r>
            <w:proofErr w:type="spellStart"/>
            <w:r>
              <w:rPr>
                <w:b/>
              </w:rPr>
              <w:t>制作方</w:t>
            </w:r>
            <w:proofErr w:type="spellEnd"/>
          </w:p>
        </w:tc>
        <w:tc>
          <w:tcPr>
            <w:tcW w:w="6998" w:type="dx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:rsidR="003A191B" w:rsidRDefault="00F55D2B">
            <w:pPr>
              <w:spacing w:line="276" w:lineRule="auto"/>
            </w:pPr>
            <w:r>
              <w:t>名称：________________  联系方式：________________</w:t>
            </w:r>
          </w:p>
        </w:tc>
      </w:tr>
      <w:tr w:rsidR="003A191B" w:rsidTr="00936654">
        <w:trPr>
          <w:jc w:val="center"/>
        </w:trPr>
        <w:tc>
          <w:tcPr>
            <w:tcW w:w="1960" w:type="dxa"/>
            <w:shd w:val="clear" w:color="auto" w:fill="F2F2F2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:rsidR="003A191B" w:rsidRDefault="00F55D2B">
            <w:pPr>
              <w:spacing w:line="276" w:lineRule="auto"/>
            </w:pPr>
            <w:r>
              <w:rPr>
                <w:b/>
              </w:rPr>
              <w:t>开团/预售安排</w:t>
            </w:r>
          </w:p>
        </w:tc>
        <w:tc>
          <w:tcPr>
            <w:tcW w:w="6998" w:type="dx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:rsidR="00232F8D" w:rsidRDefault="00F55D2B">
            <w:pPr>
              <w:spacing w:line="276" w:lineRule="auto"/>
              <w:rPr>
                <w:lang w:eastAsia="zh-CN"/>
              </w:rPr>
            </w:pPr>
            <w:r>
              <w:rPr>
                <w:lang w:eastAsia="zh-CN"/>
              </w:rPr>
              <w:t xml:space="preserve">平台：________________  </w:t>
            </w:r>
          </w:p>
          <w:p w:rsidR="00232F8D" w:rsidRDefault="00F55D2B">
            <w:pPr>
              <w:spacing w:line="276" w:lineRule="auto"/>
              <w:rPr>
                <w:lang w:eastAsia="zh-CN"/>
              </w:rPr>
            </w:pPr>
            <w:r>
              <w:rPr>
                <w:lang w:eastAsia="zh-CN"/>
              </w:rPr>
              <w:t xml:space="preserve">起止时间：________________  </w:t>
            </w:r>
          </w:p>
          <w:p w:rsidR="003A191B" w:rsidRDefault="00F55D2B">
            <w:pPr>
              <w:spacing w:line="276" w:lineRule="auto"/>
              <w:rPr>
                <w:lang w:eastAsia="zh-CN"/>
              </w:rPr>
            </w:pPr>
            <w:r>
              <w:rPr>
                <w:lang w:eastAsia="zh-CN"/>
              </w:rPr>
              <w:t>每次</w:t>
            </w:r>
            <w:proofErr w:type="gramStart"/>
            <w:r>
              <w:rPr>
                <w:lang w:eastAsia="zh-CN"/>
              </w:rPr>
              <w:t>开团数量</w:t>
            </w:r>
            <w:proofErr w:type="gramEnd"/>
            <w:r>
              <w:rPr>
                <w:lang w:eastAsia="zh-CN"/>
              </w:rPr>
              <w:t>：________件</w:t>
            </w:r>
          </w:p>
        </w:tc>
      </w:tr>
      <w:tr w:rsidR="00232F8D" w:rsidTr="00936654">
        <w:trPr>
          <w:jc w:val="center"/>
        </w:trPr>
        <w:tc>
          <w:tcPr>
            <w:tcW w:w="1960" w:type="dxa"/>
            <w:shd w:val="clear" w:color="auto" w:fill="F2F2F2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:rsidR="00232F8D" w:rsidRDefault="00232F8D">
            <w:pPr>
              <w:rPr>
                <w:b/>
              </w:rPr>
            </w:pPr>
            <w:proofErr w:type="spellStart"/>
            <w:r>
              <w:rPr>
                <w:b/>
              </w:rPr>
              <w:t>销售渠道</w:t>
            </w:r>
            <w:proofErr w:type="spellEnd"/>
          </w:p>
        </w:tc>
        <w:tc>
          <w:tcPr>
            <w:tcW w:w="6998" w:type="dx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:rsidR="00232F8D" w:rsidRDefault="00232F8D">
            <w:pPr>
              <w:rPr>
                <w:lang w:eastAsia="zh-CN"/>
              </w:rPr>
            </w:pPr>
            <w:r>
              <w:rPr>
                <w:lang w:eastAsia="zh-CN"/>
              </w:rPr>
              <w:t>店铺名</w:t>
            </w:r>
            <w:r>
              <w:rPr>
                <w:rFonts w:hint="eastAsia"/>
                <w:lang w:eastAsia="zh-CN"/>
              </w:rPr>
              <w:t>：</w:t>
            </w:r>
            <w:r>
              <w:t>________________</w:t>
            </w:r>
          </w:p>
          <w:p w:rsidR="00232F8D" w:rsidRDefault="00232F8D">
            <w:pPr>
              <w:rPr>
                <w:lang w:eastAsia="zh-CN"/>
              </w:rPr>
            </w:pPr>
            <w:r>
              <w:rPr>
                <w:lang w:eastAsia="zh-CN"/>
              </w:rPr>
              <w:t>店铺链接：</w:t>
            </w:r>
            <w:r>
              <w:t>________________</w:t>
            </w:r>
          </w:p>
        </w:tc>
      </w:tr>
      <w:tr w:rsidR="003A191B" w:rsidTr="00936654">
        <w:trPr>
          <w:jc w:val="center"/>
        </w:trPr>
        <w:tc>
          <w:tcPr>
            <w:tcW w:w="1960" w:type="dxa"/>
            <w:shd w:val="clear" w:color="auto" w:fill="F2F2F2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:rsidR="003A191B" w:rsidRDefault="00F55D2B">
            <w:pPr>
              <w:spacing w:line="276" w:lineRule="auto"/>
            </w:pPr>
            <w:proofErr w:type="spellStart"/>
            <w:r>
              <w:rPr>
                <w:b/>
              </w:rPr>
              <w:t>预计总销售额</w:t>
            </w:r>
            <w:proofErr w:type="spellEnd"/>
          </w:p>
        </w:tc>
        <w:tc>
          <w:tcPr>
            <w:tcW w:w="6998" w:type="dx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:rsidR="003A191B" w:rsidRDefault="00F55D2B">
            <w:pPr>
              <w:spacing w:line="276" w:lineRule="auto"/>
            </w:pPr>
            <w:r>
              <w:t>人民币（元）：________________</w:t>
            </w:r>
          </w:p>
        </w:tc>
      </w:tr>
      <w:tr w:rsidR="003A191B" w:rsidTr="00936654">
        <w:trPr>
          <w:jc w:val="center"/>
        </w:trPr>
        <w:tc>
          <w:tcPr>
            <w:tcW w:w="1960" w:type="dxa"/>
            <w:shd w:val="clear" w:color="auto" w:fill="F2F2F2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:rsidR="003A191B" w:rsidRDefault="00F55D2B">
            <w:pPr>
              <w:spacing w:line="276" w:lineRule="auto"/>
            </w:pPr>
            <w:r>
              <w:rPr>
                <w:b/>
              </w:rPr>
              <w:t>预计总制作成本</w:t>
            </w:r>
          </w:p>
        </w:tc>
        <w:tc>
          <w:tcPr>
            <w:tcW w:w="6998" w:type="dx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:rsidR="003A191B" w:rsidRDefault="00F55D2B">
            <w:pPr>
              <w:spacing w:line="276" w:lineRule="auto"/>
              <w:rPr>
                <w:lang w:eastAsia="zh-CN"/>
              </w:rPr>
            </w:pPr>
            <w:r>
              <w:rPr>
                <w:lang w:eastAsia="zh-CN"/>
              </w:rPr>
              <w:t>人民币（元）：________________（材料、打样、生产、物流等）</w:t>
            </w:r>
          </w:p>
        </w:tc>
      </w:tr>
      <w:tr w:rsidR="003A191B" w:rsidTr="00936654">
        <w:trPr>
          <w:jc w:val="center"/>
        </w:trPr>
        <w:tc>
          <w:tcPr>
            <w:tcW w:w="1960" w:type="dxa"/>
            <w:shd w:val="clear" w:color="auto" w:fill="F2F2F2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:rsidR="003A191B" w:rsidRDefault="00F55D2B">
            <w:pPr>
              <w:spacing w:line="276" w:lineRule="auto"/>
            </w:pPr>
            <w:proofErr w:type="spellStart"/>
            <w:r>
              <w:rPr>
                <w:b/>
              </w:rPr>
              <w:t>预计盈利</w:t>
            </w:r>
            <w:proofErr w:type="spellEnd"/>
          </w:p>
        </w:tc>
        <w:tc>
          <w:tcPr>
            <w:tcW w:w="6998" w:type="dx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:rsidR="003A191B" w:rsidRDefault="00F55D2B">
            <w:pPr>
              <w:spacing w:line="276" w:lineRule="auto"/>
              <w:rPr>
                <w:lang w:eastAsia="zh-CN"/>
              </w:rPr>
            </w:pPr>
            <w:r>
              <w:rPr>
                <w:lang w:eastAsia="zh-CN"/>
              </w:rPr>
              <w:t>人民币（元）：________________（总销售额－制作成本）</w:t>
            </w:r>
          </w:p>
        </w:tc>
      </w:tr>
      <w:tr w:rsidR="003A191B" w:rsidTr="00936654">
        <w:trPr>
          <w:jc w:val="center"/>
        </w:trPr>
        <w:tc>
          <w:tcPr>
            <w:tcW w:w="1960" w:type="dxa"/>
            <w:shd w:val="clear" w:color="auto" w:fill="F2F2F2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:rsidR="003A191B" w:rsidRDefault="00F55D2B">
            <w:pPr>
              <w:spacing w:line="276" w:lineRule="auto"/>
            </w:pPr>
            <w:proofErr w:type="spellStart"/>
            <w:r>
              <w:rPr>
                <w:b/>
              </w:rPr>
              <w:t>预计年度累计盈利</w:t>
            </w:r>
            <w:proofErr w:type="spellEnd"/>
          </w:p>
        </w:tc>
        <w:tc>
          <w:tcPr>
            <w:tcW w:w="6998" w:type="dx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:rsidR="003A191B" w:rsidRDefault="00F55D2B">
            <w:pPr>
              <w:spacing w:line="276" w:lineRule="auto"/>
              <w:rPr>
                <w:lang w:eastAsia="zh-CN"/>
              </w:rPr>
            </w:pPr>
            <w:r>
              <w:rPr>
                <w:lang w:eastAsia="zh-CN"/>
              </w:rPr>
              <w:t>含本次项目人民币（元）：________________</w:t>
            </w:r>
          </w:p>
        </w:tc>
      </w:tr>
    </w:tbl>
    <w:p w:rsidR="003A191B" w:rsidRDefault="00F55D2B">
      <w:pPr>
        <w:spacing w:before="140" w:after="80"/>
        <w:rPr>
          <w:lang w:eastAsia="zh-CN"/>
        </w:rPr>
      </w:pPr>
      <w:r>
        <w:rPr>
          <w:b/>
          <w:color w:val="203864"/>
          <w:sz w:val="24"/>
          <w:lang w:eastAsia="zh-CN"/>
        </w:rPr>
        <w:t>六、附件清单</w:t>
      </w:r>
    </w:p>
    <w:p w:rsidR="003A191B" w:rsidRDefault="00F55D2B">
      <w:pPr>
        <w:spacing w:after="40"/>
        <w:ind w:left="113"/>
        <w:rPr>
          <w:lang w:eastAsia="zh-CN"/>
        </w:rPr>
      </w:pPr>
      <w:r>
        <w:rPr>
          <w:sz w:val="20"/>
          <w:lang w:eastAsia="zh-CN"/>
        </w:rPr>
        <w:t>□ 周边设计图、效果图及细节图（每款均须提供）</w:t>
      </w:r>
    </w:p>
    <w:p w:rsidR="003A191B" w:rsidRDefault="00F55D2B">
      <w:pPr>
        <w:spacing w:after="40"/>
        <w:ind w:left="113"/>
        <w:rPr>
          <w:lang w:eastAsia="zh-CN"/>
        </w:rPr>
      </w:pPr>
      <w:r>
        <w:rPr>
          <w:sz w:val="20"/>
          <w:lang w:eastAsia="zh-CN"/>
        </w:rPr>
        <w:t>□ 商品页面或宣传文案草稿（含名称、价格、数量、</w:t>
      </w:r>
      <w:proofErr w:type="gramStart"/>
      <w:r>
        <w:rPr>
          <w:sz w:val="20"/>
          <w:lang w:eastAsia="zh-CN"/>
        </w:rPr>
        <w:t>开团时间</w:t>
      </w:r>
      <w:proofErr w:type="gramEnd"/>
      <w:r>
        <w:rPr>
          <w:sz w:val="20"/>
          <w:lang w:eastAsia="zh-CN"/>
        </w:rPr>
        <w:t>及销售渠道）</w:t>
      </w:r>
    </w:p>
    <w:p w:rsidR="003A191B" w:rsidRDefault="00F55D2B">
      <w:pPr>
        <w:spacing w:after="40"/>
        <w:ind w:left="113"/>
        <w:rPr>
          <w:lang w:eastAsia="zh-CN"/>
        </w:rPr>
      </w:pPr>
      <w:r>
        <w:rPr>
          <w:sz w:val="20"/>
          <w:lang w:eastAsia="zh-CN"/>
        </w:rPr>
        <w:t>□ 原创过程证明（草图、分层文件截图、创作时间记录等）</w:t>
      </w:r>
    </w:p>
    <w:p w:rsidR="003A191B" w:rsidRDefault="00F55D2B">
      <w:pPr>
        <w:spacing w:after="40"/>
        <w:ind w:left="113"/>
        <w:rPr>
          <w:lang w:eastAsia="zh-CN"/>
        </w:rPr>
      </w:pPr>
      <w:r>
        <w:rPr>
          <w:sz w:val="20"/>
          <w:lang w:eastAsia="zh-CN"/>
        </w:rPr>
        <w:t>□ 第三方素材授权证明（如有）</w:t>
      </w:r>
    </w:p>
    <w:p w:rsidR="003A191B" w:rsidRDefault="00F55D2B">
      <w:pPr>
        <w:spacing w:after="40"/>
        <w:ind w:left="113"/>
        <w:rPr>
          <w:lang w:eastAsia="zh-CN"/>
        </w:rPr>
      </w:pPr>
      <w:r>
        <w:rPr>
          <w:sz w:val="20"/>
          <w:lang w:eastAsia="zh-CN"/>
        </w:rPr>
        <w:t>□ 历史制作、销售及加印记录（补充申报时必附）</w:t>
      </w:r>
    </w:p>
    <w:p w:rsidR="003A191B" w:rsidRDefault="00F55D2B">
      <w:pPr>
        <w:spacing w:before="140" w:after="80"/>
        <w:rPr>
          <w:lang w:eastAsia="zh-CN"/>
        </w:rPr>
      </w:pPr>
      <w:r>
        <w:rPr>
          <w:b/>
          <w:color w:val="203864"/>
          <w:sz w:val="24"/>
          <w:lang w:eastAsia="zh-CN"/>
        </w:rPr>
        <w:t>七、申报承诺</w:t>
      </w:r>
    </w:p>
    <w:p w:rsidR="003A191B" w:rsidRDefault="00F55D2B">
      <w:pPr>
        <w:spacing w:after="40"/>
        <w:ind w:left="113"/>
        <w:rPr>
          <w:lang w:eastAsia="zh-CN"/>
        </w:rPr>
      </w:pPr>
      <w:r>
        <w:rPr>
          <w:sz w:val="19"/>
          <w:lang w:eastAsia="zh-CN"/>
        </w:rPr>
        <w:t>□ 本人/本主体确认所填信息及提交材料真实、完整、有效，并对相关制作、销售及售后行为承担责任。</w:t>
      </w:r>
    </w:p>
    <w:p w:rsidR="003A191B" w:rsidRDefault="00F55D2B">
      <w:pPr>
        <w:spacing w:after="40"/>
        <w:ind w:left="113"/>
        <w:rPr>
          <w:lang w:eastAsia="zh-CN"/>
        </w:rPr>
      </w:pPr>
      <w:r>
        <w:rPr>
          <w:sz w:val="19"/>
          <w:lang w:eastAsia="zh-CN"/>
        </w:rPr>
        <w:t>□ 申报内容为基于《夜幕之下》已公开内容进行的独立二次创作，不直接使用、</w:t>
      </w:r>
      <w:proofErr w:type="gramStart"/>
      <w:r>
        <w:rPr>
          <w:sz w:val="19"/>
          <w:lang w:eastAsia="zh-CN"/>
        </w:rPr>
        <w:t>描改或</w:t>
      </w:r>
      <w:proofErr w:type="gramEnd"/>
      <w:r>
        <w:rPr>
          <w:sz w:val="19"/>
          <w:lang w:eastAsia="zh-CN"/>
        </w:rPr>
        <w:t>局部改动官方素材，不使用未经授权的第三方素材或AI生成图素。</w:t>
      </w:r>
    </w:p>
    <w:p w:rsidR="003A191B" w:rsidRDefault="00F55D2B">
      <w:pPr>
        <w:spacing w:after="40"/>
        <w:ind w:left="113"/>
        <w:rPr>
          <w:lang w:eastAsia="zh-CN"/>
        </w:rPr>
      </w:pPr>
      <w:r>
        <w:rPr>
          <w:sz w:val="19"/>
          <w:lang w:eastAsia="zh-CN"/>
        </w:rPr>
        <w:t>□ 商品及宣传不使用《夜幕之下》品牌LOGO，不使用“官方授权”“官方同人”“官方合作”等暗示官方背书的表述。</w:t>
      </w:r>
    </w:p>
    <w:p w:rsidR="003A191B" w:rsidRDefault="00F55D2B">
      <w:pPr>
        <w:spacing w:after="40"/>
        <w:ind w:left="113"/>
        <w:rPr>
          <w:lang w:eastAsia="zh-CN"/>
        </w:rPr>
      </w:pPr>
      <w:r>
        <w:rPr>
          <w:sz w:val="19"/>
          <w:lang w:eastAsia="zh-CN"/>
        </w:rPr>
        <w:t>□ 不申请注册与《夜幕之下》相关的商标、著作权登记或专利，不侵犯第三方合法权益，并遵守相关法律法规、产品质量及消费者权益保护要求。</w:t>
      </w:r>
    </w:p>
    <w:p w:rsidR="003A191B" w:rsidRDefault="00F55D2B">
      <w:pPr>
        <w:spacing w:after="40"/>
        <w:ind w:left="113"/>
        <w:rPr>
          <w:lang w:eastAsia="zh-CN"/>
        </w:rPr>
      </w:pPr>
      <w:r>
        <w:rPr>
          <w:sz w:val="19"/>
          <w:lang w:eastAsia="zh-CN"/>
        </w:rPr>
        <w:t>□</w:t>
      </w:r>
      <w:r w:rsidR="009F782B">
        <w:rPr>
          <w:rFonts w:hint="eastAsia"/>
          <w:sz w:val="19"/>
          <w:lang w:eastAsia="zh-CN"/>
        </w:rPr>
        <w:t xml:space="preserve"> </w:t>
      </w:r>
      <w:r>
        <w:rPr>
          <w:sz w:val="19"/>
          <w:lang w:eastAsia="zh-CN"/>
        </w:rPr>
        <w:t>若发生加印、再版、工艺变更或实际数量/盈利超出申报范围，将在继续制作或销售前补充申报。</w:t>
      </w:r>
    </w:p>
    <w:p w:rsidR="003A191B" w:rsidRDefault="00F55D2B">
      <w:pPr>
        <w:spacing w:after="40"/>
        <w:ind w:left="113"/>
        <w:rPr>
          <w:lang w:eastAsia="zh-CN"/>
        </w:rPr>
      </w:pPr>
      <w:r>
        <w:rPr>
          <w:sz w:val="19"/>
          <w:lang w:eastAsia="zh-CN"/>
        </w:rPr>
        <w:t>□ 知悉申报通过仅代表资料备案，不构成官方授权，不使商品获得“官方正版”身份；未获审核通过前不开展需申报项目的制作或销售。</w:t>
      </w:r>
    </w:p>
    <w:tbl>
      <w:tblPr>
        <w:tblStyle w:val="af9"/>
        <w:tblW w:w="0" w:type="auto"/>
        <w:jc w:val="center"/>
        <w:tblLook w:val="04A0" w:firstRow="1" w:lastRow="0" w:firstColumn="1" w:lastColumn="0" w:noHBand="0" w:noVBand="1"/>
      </w:tblPr>
      <w:tblGrid>
        <w:gridCol w:w="2410"/>
        <w:gridCol w:w="8016"/>
      </w:tblGrid>
      <w:tr w:rsidR="003A191B" w:rsidTr="00936654">
        <w:trPr>
          <w:jc w:val="center"/>
        </w:trPr>
        <w:tc>
          <w:tcPr>
            <w:tcW w:w="2410" w:type="dxa"/>
            <w:shd w:val="clear" w:color="auto" w:fill="F2F2F2"/>
            <w:tcMar>
              <w:top w:w="120" w:type="dxa"/>
              <w:left w:w="110" w:type="dxa"/>
              <w:bottom w:w="120" w:type="dxa"/>
              <w:right w:w="110" w:type="dxa"/>
            </w:tcMar>
          </w:tcPr>
          <w:p w:rsidR="003A191B" w:rsidRDefault="00A2507C" w:rsidP="00232F8D">
            <w:pPr>
              <w:spacing w:line="276" w:lineRule="auto"/>
            </w:pPr>
            <w:proofErr w:type="spellStart"/>
            <w:r>
              <w:rPr>
                <w:b/>
              </w:rPr>
              <w:t>申报人签名</w:t>
            </w:r>
            <w:bookmarkStart w:id="0" w:name="_GoBack"/>
            <w:bookmarkEnd w:id="0"/>
            <w:proofErr w:type="spellEnd"/>
          </w:p>
        </w:tc>
        <w:tc>
          <w:tcPr>
            <w:tcW w:w="8016" w:type="dxa"/>
            <w:tcMar>
              <w:top w:w="120" w:type="dxa"/>
              <w:left w:w="110" w:type="dxa"/>
              <w:bottom w:w="120" w:type="dxa"/>
              <w:right w:w="110" w:type="dxa"/>
            </w:tcMar>
          </w:tcPr>
          <w:p w:rsidR="003A191B" w:rsidRDefault="003A191B">
            <w:pPr>
              <w:spacing w:line="276" w:lineRule="auto"/>
            </w:pPr>
          </w:p>
        </w:tc>
      </w:tr>
      <w:tr w:rsidR="003A191B" w:rsidTr="00936654">
        <w:trPr>
          <w:jc w:val="center"/>
        </w:trPr>
        <w:tc>
          <w:tcPr>
            <w:tcW w:w="2410" w:type="dxa"/>
            <w:shd w:val="clear" w:color="auto" w:fill="F2F2F2"/>
            <w:tcMar>
              <w:top w:w="120" w:type="dxa"/>
              <w:left w:w="110" w:type="dxa"/>
              <w:bottom w:w="120" w:type="dxa"/>
              <w:right w:w="110" w:type="dxa"/>
            </w:tcMar>
          </w:tcPr>
          <w:p w:rsidR="003A191B" w:rsidRDefault="00232F8D">
            <w:pPr>
              <w:spacing w:line="276" w:lineRule="auto"/>
            </w:pPr>
            <w:proofErr w:type="spellStart"/>
            <w:r>
              <w:rPr>
                <w:b/>
              </w:rPr>
              <w:t>申报</w:t>
            </w:r>
            <w:r w:rsidR="00F55D2B">
              <w:rPr>
                <w:b/>
              </w:rPr>
              <w:t>日期</w:t>
            </w:r>
            <w:proofErr w:type="spellEnd"/>
          </w:p>
        </w:tc>
        <w:tc>
          <w:tcPr>
            <w:tcW w:w="8016" w:type="dxa"/>
            <w:tcMar>
              <w:top w:w="120" w:type="dxa"/>
              <w:left w:w="110" w:type="dxa"/>
              <w:bottom w:w="120" w:type="dxa"/>
              <w:right w:w="110" w:type="dxa"/>
            </w:tcMar>
          </w:tcPr>
          <w:p w:rsidR="003A191B" w:rsidRDefault="00F55D2B">
            <w:pPr>
              <w:spacing w:line="276" w:lineRule="auto"/>
            </w:pPr>
            <w:r>
              <w:t>____年____月____日</w:t>
            </w:r>
          </w:p>
        </w:tc>
      </w:tr>
    </w:tbl>
    <w:p w:rsidR="00936654" w:rsidRPr="00936654" w:rsidRDefault="00BA30AB" w:rsidP="00936654">
      <w:pPr>
        <w:spacing w:line="240" w:lineRule="auto"/>
        <w:jc w:val="right"/>
        <w:rPr>
          <w:b/>
          <w:sz w:val="24"/>
          <w:szCs w:val="24"/>
          <w:lang w:eastAsia="zh-CN"/>
        </w:rPr>
      </w:pPr>
      <w:r>
        <w:rPr>
          <w:rFonts w:hint="eastAsia"/>
          <w:b/>
          <w:sz w:val="24"/>
          <w:szCs w:val="24"/>
          <w:lang w:eastAsia="zh-CN"/>
        </w:rPr>
        <w:t>请确认填写信息无误后再发送</w:t>
      </w:r>
      <w:r w:rsidR="009F782B">
        <w:rPr>
          <w:rFonts w:hint="eastAsia"/>
          <w:b/>
          <w:sz w:val="24"/>
          <w:szCs w:val="24"/>
          <w:lang w:eastAsia="zh-CN"/>
        </w:rPr>
        <w:t>本申请表</w:t>
      </w:r>
      <w:r w:rsidR="00936654" w:rsidRPr="00936654">
        <w:rPr>
          <w:rFonts w:hint="eastAsia"/>
          <w:b/>
          <w:sz w:val="24"/>
          <w:szCs w:val="24"/>
          <w:lang w:eastAsia="zh-CN"/>
        </w:rPr>
        <w:t>；</w:t>
      </w:r>
    </w:p>
    <w:p w:rsidR="00936654" w:rsidRPr="00936654" w:rsidRDefault="00BA30AB" w:rsidP="00936654">
      <w:pPr>
        <w:spacing w:line="240" w:lineRule="auto"/>
        <w:jc w:val="right"/>
        <w:rPr>
          <w:b/>
          <w:sz w:val="24"/>
          <w:szCs w:val="24"/>
          <w:lang w:eastAsia="zh-CN"/>
        </w:rPr>
      </w:pPr>
      <w:bookmarkStart w:id="1" w:name="ZaS1-1709629045182"/>
      <w:bookmarkEnd w:id="1"/>
      <w:r>
        <w:rPr>
          <w:rFonts w:hint="eastAsia"/>
          <w:b/>
          <w:sz w:val="24"/>
          <w:szCs w:val="24"/>
          <w:lang w:eastAsia="zh-CN"/>
        </w:rPr>
        <w:t>申报表命名格式</w:t>
      </w:r>
      <w:r w:rsidRPr="00936654">
        <w:rPr>
          <w:rFonts w:hint="eastAsia"/>
          <w:b/>
          <w:sz w:val="24"/>
          <w:szCs w:val="24"/>
          <w:lang w:eastAsia="zh-CN"/>
        </w:rPr>
        <w:t>为</w:t>
      </w:r>
      <w:r w:rsidR="00936654" w:rsidRPr="00936654">
        <w:rPr>
          <w:rFonts w:hint="eastAsia"/>
          <w:b/>
          <w:sz w:val="24"/>
          <w:szCs w:val="24"/>
          <w:lang w:eastAsia="zh-CN"/>
        </w:rPr>
        <w:t>：日期+</w:t>
      </w:r>
      <w:r>
        <w:rPr>
          <w:rFonts w:hint="eastAsia"/>
          <w:b/>
          <w:sz w:val="24"/>
          <w:szCs w:val="24"/>
          <w:lang w:eastAsia="zh-CN"/>
        </w:rPr>
        <w:t>游戏I</w:t>
      </w:r>
      <w:r>
        <w:rPr>
          <w:b/>
          <w:sz w:val="24"/>
          <w:szCs w:val="24"/>
          <w:lang w:eastAsia="zh-CN"/>
        </w:rPr>
        <w:t>D</w:t>
      </w:r>
      <w:r w:rsidR="00936654" w:rsidRPr="00936654">
        <w:rPr>
          <w:rFonts w:hint="eastAsia"/>
          <w:b/>
          <w:sz w:val="24"/>
          <w:szCs w:val="24"/>
          <w:lang w:eastAsia="zh-CN"/>
        </w:rPr>
        <w:t>+</w:t>
      </w:r>
      <w:r w:rsidR="00232F8D">
        <w:rPr>
          <w:rFonts w:hint="eastAsia"/>
          <w:b/>
          <w:sz w:val="24"/>
          <w:szCs w:val="24"/>
          <w:lang w:eastAsia="zh-CN"/>
        </w:rPr>
        <w:t>夜幕之下</w:t>
      </w:r>
      <w:r w:rsidR="00936654" w:rsidRPr="00936654">
        <w:rPr>
          <w:rFonts w:hint="eastAsia"/>
          <w:b/>
          <w:sz w:val="24"/>
          <w:szCs w:val="24"/>
          <w:lang w:eastAsia="zh-CN"/>
        </w:rPr>
        <w:t>同人</w:t>
      </w:r>
      <w:r>
        <w:rPr>
          <w:rFonts w:hint="eastAsia"/>
          <w:b/>
          <w:sz w:val="24"/>
          <w:szCs w:val="24"/>
          <w:lang w:eastAsia="zh-CN"/>
        </w:rPr>
        <w:t>周边</w:t>
      </w:r>
      <w:r w:rsidR="00936654" w:rsidRPr="00936654">
        <w:rPr>
          <w:rFonts w:hint="eastAsia"/>
          <w:b/>
          <w:sz w:val="24"/>
          <w:szCs w:val="24"/>
          <w:lang w:eastAsia="zh-CN"/>
        </w:rPr>
        <w:t>+个人申报</w:t>
      </w:r>
    </w:p>
    <w:p w:rsidR="00F55D2B" w:rsidRPr="00232F8D" w:rsidRDefault="00F55D2B">
      <w:pPr>
        <w:rPr>
          <w:lang w:eastAsia="zh-CN"/>
        </w:rPr>
      </w:pPr>
    </w:p>
    <w:sectPr w:rsidR="00F55D2B" w:rsidRPr="00232F8D" w:rsidSect="00034616">
      <w:footerReference w:type="default" r:id="rId8"/>
      <w:pgSz w:w="12240" w:h="15840"/>
      <w:pgMar w:top="850" w:right="907" w:bottom="850" w:left="907" w:header="340" w:footer="34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459EF" w:rsidRDefault="002459EF">
      <w:pPr>
        <w:spacing w:after="0" w:line="240" w:lineRule="auto"/>
      </w:pPr>
      <w:r>
        <w:separator/>
      </w:r>
    </w:p>
  </w:endnote>
  <w:endnote w:type="continuationSeparator" w:id="0">
    <w:p w:rsidR="002459EF" w:rsidRDefault="002459E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A191B" w:rsidRDefault="00F55D2B">
    <w:pPr>
      <w:pStyle w:val="a6"/>
      <w:spacing w:line="276" w:lineRule="auto"/>
      <w:jc w:val="center"/>
      <w:rPr>
        <w:lang w:eastAsia="zh-CN"/>
      </w:rPr>
    </w:pPr>
    <w:r>
      <w:rPr>
        <w:color w:val="777777"/>
        <w:sz w:val="17"/>
        <w:lang w:eastAsia="zh-CN"/>
      </w:rPr>
      <w:t>《夜幕之下》同人周边申报材料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459EF" w:rsidRDefault="002459EF">
      <w:pPr>
        <w:spacing w:after="0" w:line="240" w:lineRule="auto"/>
      </w:pPr>
      <w:r>
        <w:separator/>
      </w:r>
    </w:p>
  </w:footnote>
  <w:footnote w:type="continuationSeparator" w:id="0">
    <w:p w:rsidR="002459EF" w:rsidRDefault="002459E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3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2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720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32F8D"/>
    <w:rsid w:val="002459EF"/>
    <w:rsid w:val="0029639D"/>
    <w:rsid w:val="00326F90"/>
    <w:rsid w:val="00327860"/>
    <w:rsid w:val="003A191B"/>
    <w:rsid w:val="00936654"/>
    <w:rsid w:val="009F782B"/>
    <w:rsid w:val="00A2507C"/>
    <w:rsid w:val="00A4462B"/>
    <w:rsid w:val="00AA1D8D"/>
    <w:rsid w:val="00B47730"/>
    <w:rsid w:val="00BA30AB"/>
    <w:rsid w:val="00CB0664"/>
    <w:rsid w:val="00F55D2B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efaultImageDpi w14:val="300"/>
  <w15:docId w15:val="{448CAA32-5C21-4689-B531-05FAC346C1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1">
    <w:name w:val="Normal"/>
    <w:qFormat/>
    <w:rsid w:val="00FC693F"/>
    <w:rPr>
      <w:rFonts w:ascii="微软雅黑" w:eastAsia="微软雅黑" w:hAnsi="微软雅黑"/>
      <w:sz w:val="21"/>
    </w:rPr>
  </w:style>
  <w:style w:type="paragraph" w:styleId="1">
    <w:name w:val="heading 1"/>
    <w:basedOn w:val="a1"/>
    <w:next w:val="a1"/>
    <w:link w:val="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1">
    <w:name w:val="heading 2"/>
    <w:basedOn w:val="a1"/>
    <w:next w:val="a1"/>
    <w:link w:val="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1">
    <w:name w:val="heading 3"/>
    <w:basedOn w:val="a1"/>
    <w:next w:val="a1"/>
    <w:link w:val="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1"/>
    <w:next w:val="a1"/>
    <w:link w:val="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1"/>
    <w:next w:val="a1"/>
    <w:link w:val="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1"/>
    <w:next w:val="a1"/>
    <w:link w:val="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1"/>
    <w:next w:val="a1"/>
    <w:link w:val="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1"/>
    <w:next w:val="a1"/>
    <w:link w:val="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1"/>
    <w:next w:val="a1"/>
    <w:link w:val="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har">
    <w:name w:val="页眉 Char"/>
    <w:basedOn w:val="a2"/>
    <w:link w:val="a5"/>
    <w:uiPriority w:val="99"/>
    <w:rsid w:val="00E618BF"/>
  </w:style>
  <w:style w:type="paragraph" w:styleId="a6">
    <w:name w:val="footer"/>
    <w:basedOn w:val="a1"/>
    <w:link w:val="Char0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har0">
    <w:name w:val="页脚 Char"/>
    <w:basedOn w:val="a2"/>
    <w:link w:val="a6"/>
    <w:uiPriority w:val="99"/>
    <w:rsid w:val="00E618BF"/>
  </w:style>
  <w:style w:type="paragraph" w:styleId="a7">
    <w:name w:val="No Spacing"/>
    <w:uiPriority w:val="1"/>
    <w:qFormat/>
    <w:rsid w:val="00FC693F"/>
    <w:pPr>
      <w:spacing w:after="0" w:line="240" w:lineRule="auto"/>
    </w:pPr>
  </w:style>
  <w:style w:type="character" w:customStyle="1" w:styleId="1Char">
    <w:name w:val="标题 1 Char"/>
    <w:basedOn w:val="a2"/>
    <w:link w:val="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Char">
    <w:name w:val="标题 2 Char"/>
    <w:basedOn w:val="a2"/>
    <w:link w:val="2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Char">
    <w:name w:val="标题 3 Char"/>
    <w:basedOn w:val="a2"/>
    <w:link w:val="3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8">
    <w:name w:val="Title"/>
    <w:basedOn w:val="a1"/>
    <w:next w:val="a1"/>
    <w:link w:val="Char1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Char1">
    <w:name w:val="标题 Char"/>
    <w:basedOn w:val="a2"/>
    <w:link w:val="a8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9">
    <w:name w:val="Subtitle"/>
    <w:basedOn w:val="a1"/>
    <w:next w:val="a1"/>
    <w:link w:val="Char2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Char2">
    <w:name w:val="副标题 Char"/>
    <w:basedOn w:val="a2"/>
    <w:link w:val="a9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a">
    <w:name w:val="List Paragraph"/>
    <w:basedOn w:val="a1"/>
    <w:uiPriority w:val="34"/>
    <w:qFormat/>
    <w:rsid w:val="00FC693F"/>
    <w:pPr>
      <w:ind w:left="720"/>
      <w:contextualSpacing/>
    </w:pPr>
  </w:style>
  <w:style w:type="paragraph" w:styleId="ab">
    <w:name w:val="Body Text"/>
    <w:basedOn w:val="a1"/>
    <w:link w:val="Char3"/>
    <w:uiPriority w:val="99"/>
    <w:unhideWhenUsed/>
    <w:rsid w:val="00AA1D8D"/>
    <w:pPr>
      <w:spacing w:after="120"/>
    </w:pPr>
  </w:style>
  <w:style w:type="character" w:customStyle="1" w:styleId="Char3">
    <w:name w:val="正文文本 Char"/>
    <w:basedOn w:val="a2"/>
    <w:link w:val="ab"/>
    <w:uiPriority w:val="99"/>
    <w:rsid w:val="00AA1D8D"/>
  </w:style>
  <w:style w:type="paragraph" w:styleId="22">
    <w:name w:val="Body Text 2"/>
    <w:basedOn w:val="a1"/>
    <w:link w:val="2Char0"/>
    <w:uiPriority w:val="99"/>
    <w:unhideWhenUsed/>
    <w:rsid w:val="00AA1D8D"/>
    <w:pPr>
      <w:spacing w:after="120" w:line="480" w:lineRule="auto"/>
    </w:pPr>
  </w:style>
  <w:style w:type="character" w:customStyle="1" w:styleId="2Char0">
    <w:name w:val="正文文本 2 Char"/>
    <w:basedOn w:val="a2"/>
    <w:link w:val="22"/>
    <w:uiPriority w:val="99"/>
    <w:rsid w:val="00AA1D8D"/>
  </w:style>
  <w:style w:type="paragraph" w:styleId="32">
    <w:name w:val="Body Text 3"/>
    <w:basedOn w:val="a1"/>
    <w:link w:val="3Char0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3Char0">
    <w:name w:val="正文文本 3 Char"/>
    <w:basedOn w:val="a2"/>
    <w:link w:val="32"/>
    <w:uiPriority w:val="99"/>
    <w:rsid w:val="00AA1D8D"/>
    <w:rPr>
      <w:sz w:val="16"/>
      <w:szCs w:val="16"/>
    </w:rPr>
  </w:style>
  <w:style w:type="paragraph" w:styleId="ac">
    <w:name w:val="List"/>
    <w:basedOn w:val="a1"/>
    <w:uiPriority w:val="99"/>
    <w:unhideWhenUsed/>
    <w:rsid w:val="00AA1D8D"/>
    <w:pPr>
      <w:ind w:left="360" w:hanging="360"/>
      <w:contextualSpacing/>
    </w:pPr>
  </w:style>
  <w:style w:type="paragraph" w:styleId="23">
    <w:name w:val="List 2"/>
    <w:basedOn w:val="a1"/>
    <w:uiPriority w:val="99"/>
    <w:unhideWhenUsed/>
    <w:rsid w:val="00326F90"/>
    <w:pPr>
      <w:ind w:left="720" w:hanging="360"/>
      <w:contextualSpacing/>
    </w:pPr>
  </w:style>
  <w:style w:type="paragraph" w:styleId="33">
    <w:name w:val="List 3"/>
    <w:basedOn w:val="a1"/>
    <w:uiPriority w:val="99"/>
    <w:unhideWhenUsed/>
    <w:rsid w:val="00326F90"/>
    <w:pPr>
      <w:ind w:left="1080" w:hanging="360"/>
      <w:contextualSpacing/>
    </w:pPr>
  </w:style>
  <w:style w:type="paragraph" w:styleId="a0">
    <w:name w:val="List Bullet"/>
    <w:basedOn w:val="a1"/>
    <w:uiPriority w:val="99"/>
    <w:unhideWhenUsed/>
    <w:rsid w:val="00326F90"/>
    <w:pPr>
      <w:numPr>
        <w:numId w:val="1"/>
      </w:numPr>
      <w:contextualSpacing/>
    </w:pPr>
  </w:style>
  <w:style w:type="paragraph" w:styleId="20">
    <w:name w:val="List Bullet 2"/>
    <w:basedOn w:val="a1"/>
    <w:uiPriority w:val="99"/>
    <w:unhideWhenUsed/>
    <w:rsid w:val="00326F90"/>
    <w:pPr>
      <w:numPr>
        <w:numId w:val="2"/>
      </w:numPr>
      <w:contextualSpacing/>
    </w:pPr>
  </w:style>
  <w:style w:type="paragraph" w:styleId="30">
    <w:name w:val="List Bullet 3"/>
    <w:basedOn w:val="a1"/>
    <w:uiPriority w:val="99"/>
    <w:unhideWhenUsed/>
    <w:rsid w:val="00326F90"/>
    <w:pPr>
      <w:numPr>
        <w:numId w:val="3"/>
      </w:numPr>
      <w:contextualSpacing/>
    </w:pPr>
  </w:style>
  <w:style w:type="paragraph" w:styleId="a">
    <w:name w:val="List Number"/>
    <w:basedOn w:val="a1"/>
    <w:uiPriority w:val="99"/>
    <w:unhideWhenUsed/>
    <w:rsid w:val="00326F90"/>
    <w:pPr>
      <w:numPr>
        <w:numId w:val="5"/>
      </w:numPr>
      <w:contextualSpacing/>
    </w:pPr>
  </w:style>
  <w:style w:type="paragraph" w:styleId="2">
    <w:name w:val="List Number 2"/>
    <w:basedOn w:val="a1"/>
    <w:uiPriority w:val="99"/>
    <w:unhideWhenUsed/>
    <w:rsid w:val="0029639D"/>
    <w:pPr>
      <w:numPr>
        <w:numId w:val="6"/>
      </w:numPr>
      <w:contextualSpacing/>
    </w:pPr>
  </w:style>
  <w:style w:type="paragraph" w:styleId="3">
    <w:name w:val="List Number 3"/>
    <w:basedOn w:val="a1"/>
    <w:uiPriority w:val="99"/>
    <w:unhideWhenUsed/>
    <w:rsid w:val="0029639D"/>
    <w:pPr>
      <w:numPr>
        <w:numId w:val="7"/>
      </w:numPr>
      <w:contextualSpacing/>
    </w:pPr>
  </w:style>
  <w:style w:type="paragraph" w:styleId="ad">
    <w:name w:val="List Continue"/>
    <w:basedOn w:val="a1"/>
    <w:uiPriority w:val="99"/>
    <w:unhideWhenUsed/>
    <w:rsid w:val="0029639D"/>
    <w:pPr>
      <w:spacing w:after="120"/>
      <w:ind w:left="360"/>
      <w:contextualSpacing/>
    </w:pPr>
  </w:style>
  <w:style w:type="paragraph" w:styleId="24">
    <w:name w:val="List Continue 2"/>
    <w:basedOn w:val="a1"/>
    <w:uiPriority w:val="99"/>
    <w:unhideWhenUsed/>
    <w:rsid w:val="0029639D"/>
    <w:pPr>
      <w:spacing w:after="120"/>
      <w:ind w:left="720"/>
      <w:contextualSpacing/>
    </w:pPr>
  </w:style>
  <w:style w:type="paragraph" w:styleId="34">
    <w:name w:val="List Continue 3"/>
    <w:basedOn w:val="a1"/>
    <w:uiPriority w:val="99"/>
    <w:unhideWhenUsed/>
    <w:rsid w:val="0029639D"/>
    <w:pPr>
      <w:spacing w:after="120"/>
      <w:ind w:left="1080"/>
      <w:contextualSpacing/>
    </w:pPr>
  </w:style>
  <w:style w:type="paragraph" w:styleId="ae">
    <w:name w:val="macro"/>
    <w:link w:val="Char4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Char4">
    <w:name w:val="宏文本 Char"/>
    <w:basedOn w:val="a2"/>
    <w:link w:val="ae"/>
    <w:uiPriority w:val="99"/>
    <w:rsid w:val="0029639D"/>
    <w:rPr>
      <w:rFonts w:ascii="Courier" w:hAnsi="Courier"/>
      <w:sz w:val="20"/>
      <w:szCs w:val="20"/>
    </w:rPr>
  </w:style>
  <w:style w:type="paragraph" w:styleId="af">
    <w:name w:val="Quote"/>
    <w:basedOn w:val="a1"/>
    <w:next w:val="a1"/>
    <w:link w:val="Char5"/>
    <w:uiPriority w:val="29"/>
    <w:qFormat/>
    <w:rsid w:val="00FC693F"/>
    <w:rPr>
      <w:i/>
      <w:iCs/>
      <w:color w:val="000000" w:themeColor="text1"/>
    </w:rPr>
  </w:style>
  <w:style w:type="character" w:customStyle="1" w:styleId="Char5">
    <w:name w:val="引用 Char"/>
    <w:basedOn w:val="a2"/>
    <w:link w:val="af"/>
    <w:uiPriority w:val="29"/>
    <w:rsid w:val="00FC693F"/>
    <w:rPr>
      <w:i/>
      <w:iCs/>
      <w:color w:val="000000" w:themeColor="text1"/>
    </w:rPr>
  </w:style>
  <w:style w:type="character" w:customStyle="1" w:styleId="4Char">
    <w:name w:val="标题 4 Char"/>
    <w:basedOn w:val="a2"/>
    <w:link w:val="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Char">
    <w:name w:val="标题 5 Char"/>
    <w:basedOn w:val="a2"/>
    <w:link w:val="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Char">
    <w:name w:val="标题 6 Char"/>
    <w:basedOn w:val="a2"/>
    <w:link w:val="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Char">
    <w:name w:val="标题 7 Char"/>
    <w:basedOn w:val="a2"/>
    <w:link w:val="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Char">
    <w:name w:val="标题 8 Char"/>
    <w:basedOn w:val="a2"/>
    <w:link w:val="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Char">
    <w:name w:val="标题 9 Char"/>
    <w:basedOn w:val="a2"/>
    <w:link w:val="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0">
    <w:name w:val="caption"/>
    <w:basedOn w:val="a1"/>
    <w:next w:val="a1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af1">
    <w:name w:val="Strong"/>
    <w:basedOn w:val="a2"/>
    <w:uiPriority w:val="22"/>
    <w:qFormat/>
    <w:rsid w:val="00FC693F"/>
    <w:rPr>
      <w:b/>
      <w:bCs/>
    </w:rPr>
  </w:style>
  <w:style w:type="character" w:styleId="af2">
    <w:name w:val="Emphasis"/>
    <w:basedOn w:val="a2"/>
    <w:uiPriority w:val="20"/>
    <w:qFormat/>
    <w:rsid w:val="00FC693F"/>
    <w:rPr>
      <w:i/>
      <w:iCs/>
    </w:rPr>
  </w:style>
  <w:style w:type="paragraph" w:styleId="af3">
    <w:name w:val="Intense Quote"/>
    <w:basedOn w:val="a1"/>
    <w:next w:val="a1"/>
    <w:link w:val="Char6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har6">
    <w:name w:val="明显引用 Char"/>
    <w:basedOn w:val="a2"/>
    <w:link w:val="af3"/>
    <w:uiPriority w:val="30"/>
    <w:rsid w:val="00FC693F"/>
    <w:rPr>
      <w:b/>
      <w:bCs/>
      <w:i/>
      <w:iCs/>
      <w:color w:val="4F81BD" w:themeColor="accent1"/>
    </w:rPr>
  </w:style>
  <w:style w:type="character" w:styleId="af4">
    <w:name w:val="Subtle Emphasis"/>
    <w:basedOn w:val="a2"/>
    <w:uiPriority w:val="19"/>
    <w:qFormat/>
    <w:rsid w:val="00FC693F"/>
    <w:rPr>
      <w:i/>
      <w:iCs/>
      <w:color w:val="808080" w:themeColor="text1" w:themeTint="7F"/>
    </w:rPr>
  </w:style>
  <w:style w:type="character" w:styleId="af5">
    <w:name w:val="Intense Emphasis"/>
    <w:basedOn w:val="a2"/>
    <w:uiPriority w:val="21"/>
    <w:qFormat/>
    <w:rsid w:val="00FC693F"/>
    <w:rPr>
      <w:b/>
      <w:bCs/>
      <w:i/>
      <w:iCs/>
      <w:color w:val="4F81BD" w:themeColor="accent1"/>
    </w:rPr>
  </w:style>
  <w:style w:type="character" w:styleId="af6">
    <w:name w:val="Subtle Reference"/>
    <w:basedOn w:val="a2"/>
    <w:uiPriority w:val="31"/>
    <w:qFormat/>
    <w:rsid w:val="00FC693F"/>
    <w:rPr>
      <w:smallCaps/>
      <w:color w:val="C0504D" w:themeColor="accent2"/>
      <w:u w:val="single"/>
    </w:rPr>
  </w:style>
  <w:style w:type="character" w:styleId="af7">
    <w:name w:val="Intense Reference"/>
    <w:basedOn w:val="a2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af8">
    <w:name w:val="Book Title"/>
    <w:basedOn w:val="a2"/>
    <w:uiPriority w:val="33"/>
    <w:qFormat/>
    <w:rsid w:val="00FC693F"/>
    <w:rPr>
      <w:b/>
      <w:bCs/>
      <w:smallCaps/>
      <w:spacing w:val="5"/>
    </w:rPr>
  </w:style>
  <w:style w:type="paragraph" w:styleId="TOC">
    <w:name w:val="TOC Heading"/>
    <w:basedOn w:val="1"/>
    <w:next w:val="a1"/>
    <w:uiPriority w:val="39"/>
    <w:semiHidden/>
    <w:unhideWhenUsed/>
    <w:qFormat/>
    <w:rsid w:val="00FC693F"/>
    <w:pPr>
      <w:outlineLvl w:val="9"/>
    </w:pPr>
  </w:style>
  <w:style w:type="table" w:styleId="af9">
    <w:name w:val="Table Grid"/>
    <w:basedOn w:val="a3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fa">
    <w:name w:val="Light Shading"/>
    <w:basedOn w:val="a3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-1">
    <w:name w:val="Light Shading Accent 1"/>
    <w:basedOn w:val="a3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-2">
    <w:name w:val="Light Shading Accent 2"/>
    <w:basedOn w:val="a3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-3">
    <w:name w:val="Light Shading Accent 3"/>
    <w:basedOn w:val="a3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-4">
    <w:name w:val="Light Shading Accent 4"/>
    <w:basedOn w:val="a3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-5">
    <w:name w:val="Light Shading Accent 5"/>
    <w:basedOn w:val="a3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-6">
    <w:name w:val="Light Shading Accent 6"/>
    <w:basedOn w:val="a3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afb">
    <w:name w:val="Light List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-10">
    <w:name w:val="Light List Accent 1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-20">
    <w:name w:val="Light List Accent 2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-30">
    <w:name w:val="Light List Accent 3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-40">
    <w:name w:val="Light List Accent 4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-50">
    <w:name w:val="Light List Accent 5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-60">
    <w:name w:val="Light List Accent 6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afc">
    <w:name w:val="Light Grid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-11">
    <w:name w:val="Light Grid Accent 1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-21">
    <w:name w:val="Light Grid Accent 2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-31">
    <w:name w:val="Light Grid Accent 3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-41">
    <w:name w:val="Light Grid Accent 4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-51">
    <w:name w:val="Light Grid Accent 5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-61">
    <w:name w:val="Light Grid Accent 6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10">
    <w:name w:val="Medium Shading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1">
    <w:name w:val="Medium Shading 1 Accent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2">
    <w:name w:val="Medium Shading 1 Accent 2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3">
    <w:name w:val="Medium Shading 1 Accent 3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4">
    <w:name w:val="Medium Shading 1 Accent 4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5">
    <w:name w:val="Medium Shading 1 Accent 5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6">
    <w:name w:val="Medium Shading 1 Accent 6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25">
    <w:name w:val="Medium Shading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1">
    <w:name w:val="Medium Shading 2 Accent 1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2">
    <w:name w:val="Medium Shading 2 Accent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3">
    <w:name w:val="Medium Shading 2 Accent 3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4">
    <w:name w:val="Medium Shading 2 Accent 4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5">
    <w:name w:val="Medium Shading 2 Accent 5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6">
    <w:name w:val="Medium Shading 2 Accent 6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11">
    <w:name w:val="Medium Lis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1-10">
    <w:name w:val="Medium List 1 Accen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1-20">
    <w:name w:val="Medium List 1 Accent 2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1-30">
    <w:name w:val="Medium List 1 Accent 3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1-40">
    <w:name w:val="Medium List 1 Accent 4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1-50">
    <w:name w:val="Medium List 1 Accent 5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1-60">
    <w:name w:val="Medium List 1 Accent 6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26">
    <w:name w:val="Medium Lis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10">
    <w:name w:val="Medium List 2 Accent 1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20">
    <w:name w:val="Medium List 2 Accen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30">
    <w:name w:val="Medium List 2 Accent 3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40">
    <w:name w:val="Medium List 2 Accent 4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50">
    <w:name w:val="Medium List 2 Accent 5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60">
    <w:name w:val="Medium List 2 Accent 6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12">
    <w:name w:val="Medium Grid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-11">
    <w:name w:val="Medium Grid 1 Accent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1-21">
    <w:name w:val="Medium Grid 1 Accent 2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-31">
    <w:name w:val="Medium Grid 1 Accent 3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-41">
    <w:name w:val="Medium Grid 1 Accent 4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-51">
    <w:name w:val="Medium Grid 1 Accent 5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-61">
    <w:name w:val="Medium Grid 1 Accent 6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27">
    <w:name w:val="Medium Grid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11">
    <w:name w:val="Medium Grid 2 Accent 1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21">
    <w:name w:val="Medium Grid 2 Accent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31">
    <w:name w:val="Medium Grid 2 Accent 3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41">
    <w:name w:val="Medium Grid 2 Accent 4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51">
    <w:name w:val="Medium Grid 2 Accent 5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61">
    <w:name w:val="Medium Grid 2 Accent 6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35">
    <w:name w:val="Medium Grid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3-1">
    <w:name w:val="Medium Grid 3 Accent 1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3-2">
    <w:name w:val="Medium Grid 3 Accent 2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3-3">
    <w:name w:val="Medium Grid 3 Accent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3-4">
    <w:name w:val="Medium Grid 3 Accent 4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3-5">
    <w:name w:val="Medium Grid 3 Accent 5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3-6">
    <w:name w:val="Medium Grid 3 Accent 6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afd">
    <w:name w:val="Dark List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-12">
    <w:name w:val="Dark List Accent 1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-22">
    <w:name w:val="Dark List Accent 2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-32">
    <w:name w:val="Dark List Accent 3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-42">
    <w:name w:val="Dark List Accent 4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-52">
    <w:name w:val="Dark List Accent 5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-62">
    <w:name w:val="Dark List Accent 6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afe">
    <w:name w:val="Colorful Shading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13">
    <w:name w:val="Colorful Shading Accent 1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23">
    <w:name w:val="Colorful Shading Accent 2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33">
    <w:name w:val="Colorful Shading Accent 3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3">
    <w:name w:val="Colorful Shading Accent 4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53">
    <w:name w:val="Colorful Shading Accent 5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63">
    <w:name w:val="Colorful Shading Accent 6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aff">
    <w:name w:val="Colorful List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14">
    <w:name w:val="Colorful List Accent 1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-24">
    <w:name w:val="Colorful List Accent 2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-34">
    <w:name w:val="Colorful List Accent 3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-44">
    <w:name w:val="Colorful List Accent 4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-54">
    <w:name w:val="Colorful List Accent 5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-64">
    <w:name w:val="Colorful List Accent 6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aff0">
    <w:name w:val="Colorful Grid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-15">
    <w:name w:val="Colorful Grid Accent 1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-25">
    <w:name w:val="Colorful Grid Accent 2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-35">
    <w:name w:val="Colorful Grid Accent 3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5">
    <w:name w:val="Colorful Grid Accent 4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-55">
    <w:name w:val="Colorful Grid Accent 5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-65">
    <w:name w:val="Colorful Grid Accent 6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2732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522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895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07D5C93A-59D1-48DC-A140-DB57EBF187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244</Words>
  <Characters>1396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1637</CharactersWithSpaces>
  <SharedDoc>false</SharedDoc>
  <HyperlinkBase/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蔡熙</cp:lastModifiedBy>
  <cp:revision>5</cp:revision>
  <dcterms:created xsi:type="dcterms:W3CDTF">2026-07-27T09:29:00Z</dcterms:created>
  <dcterms:modified xsi:type="dcterms:W3CDTF">2026-07-27T10:38:00Z</dcterms:modified>
  <cp:category/>
</cp:coreProperties>
</file>